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after="80" w:before="0"/>
        <w:jc w:val="both"/>
      </w:pPr>
      <w:r>
        <w:rPr>
          <w:rFonts w:ascii="Times New Roman" w:hAnsi="Times New Roman"/>
          <w:b/>
          <w:color w:val="000000"/>
          <w:sz w:val="24"/>
        </w:rPr>
        <w:t>OPĆINA OREHOVICA</w:t>
      </w:r>
    </w:p>
    <w:p>
      <w:pPr>
        <w:keepNext w:val="0"/>
        <w:widowControl/>
        <w:spacing w:after="100" w:before="0"/>
        <w:jc w:val="left"/>
      </w:pPr>
      <w:r>
        <w:rPr>
          <w:rFonts w:ascii="Times New Roman" w:hAnsi="Times New Roman"/>
          <w:b w:val="0"/>
          <w:color w:val="000000"/>
          <w:sz w:val="24"/>
        </w:rPr>
        <w:t>Prilog Javnom pozivu za ostvarivanje prava na božićnicu u 2026. godini</w:t>
        <w:br/>
        <w:t>KLASA: 551-01/26-01/16</w:t>
        <w:br/>
        <w:t>URBROJ: 2109-22-01-26-2</w:t>
      </w:r>
    </w:p>
    <w:p>
      <w:pPr>
        <w:pStyle w:val="Title"/>
        <w:keepNext/>
        <w:jc w:val="center"/>
      </w:pPr>
      <w:r>
        <w:rPr>
          <w:rFonts w:ascii="Times New Roman" w:hAnsi="Times New Roman"/>
          <w:b/>
          <w:color w:val="000000"/>
          <w:sz w:val="24"/>
        </w:rPr>
        <w:t>IZJAVA</w:t>
        <w:br/>
        <w:t>za ostvarivanje prava na božićnicu u 2026. godini</w:t>
      </w:r>
    </w:p>
    <w:p>
      <w:pPr>
        <w:keepNext w:val="0"/>
        <w:widowControl/>
        <w:spacing w:after="160" w:before="0"/>
        <w:jc w:val="both"/>
      </w:pPr>
      <w:r>
        <w:rPr>
          <w:rFonts w:ascii="Times New Roman" w:hAnsi="Times New Roman"/>
          <w:b/>
          <w:color w:val="000000"/>
          <w:sz w:val="24"/>
        </w:rPr>
        <w:t>Obrazac ispunjavaju novi korisnici.</w:t>
      </w:r>
      <w:r>
        <w:rPr>
          <w:rFonts w:ascii="Times New Roman" w:hAnsi="Times New Roman"/>
          <w:b w:val="0"/>
          <w:color w:val="000000"/>
          <w:sz w:val="24"/>
        </w:rPr>
        <w:t xml:space="preserve"> Postojeći korisnici kojima je Općina već isplatila božićnicu i/ili uskrsnicu ne podnose novi zahtjev ni ponovno dostavljaju dokumentaciju ako i dalje ispunjavaju uvjete i nema promjene podataka. Promjene podataka prijavljuju do 30. studenoga 2026. godine.</w:t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Podaci o korisniku božićnice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Ime i prezime: 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OIB: ___________________________________________________________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Adresa prebivališta: 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Telefon ili mobitel za kontakt: _____________________________________</w:t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Osnova ostvarivanja prava</w:t>
      </w:r>
    </w:p>
    <w:p>
      <w:pPr>
        <w:keepNext w:val="0"/>
        <w:widowControl/>
        <w:spacing w:after="6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Označiti najmanje jednu odgovarajuću osnovu:</w:t>
      </w:r>
    </w:p>
    <w:p>
      <w:pPr>
        <w:keepNext w:val="0"/>
        <w:widowControl/>
        <w:spacing w:after="10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☐ Korisnik domaće i/ili inozemne mirovine</w:t>
      </w:r>
    </w:p>
    <w:p>
      <w:pPr>
        <w:keepNext w:val="0"/>
        <w:widowControl/>
        <w:spacing w:after="10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☐ Korisnik nacionalne naknade za starije osobe</w:t>
      </w:r>
    </w:p>
    <w:p>
      <w:pPr>
        <w:keepNext w:val="0"/>
        <w:widowControl/>
        <w:spacing w:after="10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☐ Korisnik inkluzivnog dodatka prve, druge ili treće razine potpore</w:t>
      </w:r>
    </w:p>
    <w:p>
      <w:pPr>
        <w:keepNext w:val="0"/>
        <w:widowControl/>
        <w:spacing w:after="10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Priznata razina potpore:   ☐ prva   ☐ druga   ☐ treća</w:t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Podaci o računu za isplatu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IBAN: HR ______________________________________________________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Naziv banke: ___________________________________________________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Ime i prezime vlasnika računa: _____________________________________</w:t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Podaci o zastupniku</w:t>
      </w:r>
    </w:p>
    <w:p>
      <w:pPr>
        <w:keepNext w:val="0"/>
        <w:widowControl/>
        <w:spacing w:after="6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Popunjava se ako zahtjev podnosi zakonski zastupnik ili druga osoba ovlaštena za zastupanje.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Ime i prezime zastupnika: 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OIB zastupnika: 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Adresa: ________________________________________________________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Svojstvo odnosno osnova zastupanja: ________________________________</w:t>
      </w:r>
    </w:p>
    <w:p>
      <w:pPr>
        <w:keepNext w:val="0"/>
        <w:widowControl/>
        <w:spacing w:after="18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Telefon ili mobitel: _______________________________________________</w:t>
      </w:r>
    </w:p>
    <w:p>
      <w:r>
        <w:br w:type="page"/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Izjava korisnika odnosno zastupnika</w:t>
      </w:r>
    </w:p>
    <w:p>
      <w:pPr>
        <w:keepNext w:val="0"/>
        <w:widowControl/>
        <w:spacing w:after="6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Pod materijalnom i kaznenom odgovornošću izjavljujem:</w:t>
      </w:r>
    </w:p>
    <w:p>
      <w:pPr>
        <w:keepNext w:val="0"/>
        <w:widowControl/>
        <w:spacing w:after="100" w:before="0"/>
        <w:ind w:left="340" w:hanging="255"/>
        <w:jc w:val="both"/>
      </w:pPr>
      <w:r>
        <w:rPr>
          <w:rFonts w:ascii="Times New Roman" w:hAnsi="Times New Roman"/>
          <w:b w:val="0"/>
          <w:color w:val="000000"/>
          <w:sz w:val="24"/>
        </w:rPr>
        <w:t>– da su podaci navedeni u ovom obrascu istiniti i točni;</w:t>
      </w:r>
    </w:p>
    <w:p>
      <w:pPr>
        <w:keepNext w:val="0"/>
        <w:widowControl/>
        <w:spacing w:after="100" w:before="0"/>
        <w:ind w:left="340" w:hanging="255"/>
        <w:jc w:val="both"/>
      </w:pPr>
      <w:r>
        <w:rPr>
          <w:rFonts w:ascii="Times New Roman" w:hAnsi="Times New Roman"/>
          <w:b w:val="0"/>
          <w:color w:val="000000"/>
          <w:sz w:val="24"/>
        </w:rPr>
        <w:t>– da korisnik na dan podnošenja zahtjeva ima prebivalište na području Općine Orehovica i pripada najmanje jednoj od skupina navedenih u Javnom pozivu;</w:t>
      </w:r>
    </w:p>
    <w:p>
      <w:pPr>
        <w:keepNext w:val="0"/>
        <w:widowControl/>
        <w:spacing w:after="100" w:before="0"/>
        <w:ind w:left="340" w:hanging="255"/>
        <w:jc w:val="both"/>
      </w:pPr>
      <w:r>
        <w:rPr>
          <w:rFonts w:ascii="Times New Roman" w:hAnsi="Times New Roman"/>
          <w:b w:val="0"/>
          <w:color w:val="000000"/>
          <w:sz w:val="24"/>
        </w:rPr>
        <w:t>– da je podatak o računu za isplatu točan;</w:t>
      </w:r>
    </w:p>
    <w:p>
      <w:pPr>
        <w:keepNext w:val="0"/>
        <w:widowControl/>
        <w:spacing w:after="100" w:before="0"/>
        <w:ind w:left="340" w:hanging="255"/>
        <w:jc w:val="both"/>
      </w:pPr>
      <w:r>
        <w:rPr>
          <w:rFonts w:ascii="Times New Roman" w:hAnsi="Times New Roman"/>
          <w:b w:val="0"/>
          <w:color w:val="000000"/>
          <w:sz w:val="24"/>
        </w:rPr>
        <w:t>– da sam upoznat/a da se božićnica isplaćuje samo ako korisnik na dan isplate nema dospjelih, a nepodmirenih obveza prema Općini Orehovica po bilo kojoj osnovi te da Općina navedeni uvjet provjerava po službenoj dužnosti;</w:t>
      </w:r>
    </w:p>
    <w:p>
      <w:pPr>
        <w:keepNext w:val="0"/>
        <w:widowControl/>
        <w:spacing w:after="100" w:before="0"/>
        <w:ind w:left="340" w:hanging="255"/>
        <w:jc w:val="both"/>
      </w:pPr>
      <w:r>
        <w:rPr>
          <w:rFonts w:ascii="Times New Roman" w:hAnsi="Times New Roman"/>
          <w:b w:val="0"/>
          <w:color w:val="000000"/>
          <w:sz w:val="24"/>
        </w:rPr>
        <w:t>– da sam upoznat/a s time da korisnik ostvaruje pravo na samo jednu božićnicu u iznosu od 50,00 eura, neovisno o broju osnova po kojima ispunjava uvjete.</w:t>
      </w:r>
    </w:p>
    <w:p>
      <w:pPr>
        <w:keepNext w:val="0"/>
        <w:widowControl/>
        <w:spacing w:after="6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Ako zahtjev podnosim kao zastupnik, izjavljujem da sam ovlašten/a za zastupanje korisnika te prilažem odgovarajući dokaz.</w:t>
      </w:r>
    </w:p>
    <w:p>
      <w:pPr>
        <w:keepNext/>
        <w:widowControl/>
        <w:spacing w:after="100" w:before="120"/>
        <w:jc w:val="both"/>
      </w:pPr>
      <w:r>
        <w:rPr>
          <w:rFonts w:ascii="Times New Roman" w:hAnsi="Times New Roman"/>
          <w:b/>
          <w:color w:val="000000"/>
          <w:sz w:val="24"/>
        </w:rPr>
        <w:t>Obrada osobnih podataka</w:t>
      </w:r>
    </w:p>
    <w:p>
      <w:pPr>
        <w:keepNext w:val="0"/>
        <w:widowControl/>
        <w:spacing w:after="12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Općina Orehovica, Čakovečka 9, 40322 Orehovica, kao voditelj obrade, obrađuje osobne podatke iz ovog obrasca i priložene dokumentacije radi provjere uvjeta, provedbe postupka i isplate božićnice te izvršavanja povezanih zakonskih obveza.</w:t>
      </w:r>
    </w:p>
    <w:p>
      <w:pPr>
        <w:keepNext w:val="0"/>
        <w:widowControl/>
        <w:spacing w:after="12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Podaci se obrađuju u opsegu potrebnom za navedene svrhe, sukladno važećim propisima o zaštiti osobnih podataka. Podaci potrebni za isplatu dostavljaju se pružatelju platnih usluga, a nadležnim tijelima kada za to postoji zakonska obveza. Dokumentacija se čuva u propisanim rokovima čuvanja.</w:t>
      </w:r>
    </w:p>
    <w:p>
      <w:pPr>
        <w:keepNext w:val="0"/>
        <w:widowControl/>
        <w:spacing w:after="12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Zahtjevi za ostvarivanje prava u vezi s obradom osobnih podataka mogu se uputiti Općini Orehovica na navedenu adresu ili na opcina@orehovica.hr. Prava se ostvaruju u uvjetima i granicama propisanima Općom uredbom o zaštiti podataka. Ispitanik ima pravo podnijeti pritužbu Agenciji za zaštitu osobnih podataka.</w:t>
      </w:r>
    </w:p>
    <w:p>
      <w:pPr>
        <w:keepNext w:val="0"/>
        <w:widowControl/>
        <w:spacing w:after="12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Dostava podataka potrebnih za provjeru uvjeta i isplatu nužna je za postupanje po zahtjevu.</w:t>
      </w:r>
    </w:p>
    <w:p>
      <w:pPr>
        <w:keepNext w:val="0"/>
        <w:widowControl/>
        <w:spacing w:after="400" w:before="240"/>
        <w:jc w:val="both"/>
      </w:pPr>
      <w:r>
        <w:rPr>
          <w:rFonts w:ascii="Times New Roman" w:hAnsi="Times New Roman"/>
          <w:b w:val="0"/>
          <w:color w:val="000000"/>
          <w:sz w:val="24"/>
        </w:rPr>
        <w:t>U Orehovici, __________________________ 2026. godine</w:t>
      </w:r>
    </w:p>
    <w:p>
      <w:pPr>
        <w:keepNext w:val="0"/>
        <w:widowControl/>
        <w:spacing w:after="0" w:before="0"/>
        <w:jc w:val="both"/>
      </w:pPr>
      <w:r>
        <w:rPr>
          <w:rFonts w:ascii="Times New Roman" w:hAnsi="Times New Roman"/>
          <w:b w:val="0"/>
          <w:color w:val="000000"/>
          <w:sz w:val="24"/>
        </w:rPr>
        <w:t>________________________________________________</w:t>
        <w:br/>
        <w:t>Vlastoručni potpis korisnika odnosno zastupnika</w:t>
      </w:r>
    </w:p>
    <w:sectPr w:rsidR="00FC693F" w:rsidRPr="0006063C" w:rsidSect="00034616">
      <w:footerReference w:type="default" r:id="rId9"/>
      <w:pgSz w:w="11906" w:h="16838"/>
      <w:pgMar w:top="794" w:right="1020" w:bottom="907" w:left="1020" w:header="283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40" w:lineRule="auto"/>
      <w:outlineLvl w:val="0"/>
    </w:pPr>
    <w:rPr>
      <w:rFonts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140"/>
      <w:contextualSpacing/>
    </w:pPr>
    <w:rPr>
      <w:rFonts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60" w:line="240" w:lineRule="auto"/>
      <w:ind w:left="72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Orehovica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hr-HR</dc:language>
</cp:coreProperties>
</file>