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E1EA9" w14:textId="77777777" w:rsidR="00A148C1" w:rsidRPr="00DD36B0" w:rsidRDefault="004B2DD3">
      <w:pPr>
        <w:spacing w:after="80"/>
        <w:jc w:val="center"/>
      </w:pPr>
      <w:r w:rsidRPr="00DD36B0">
        <w:drawing>
          <wp:inline distT="0" distB="0" distL="0" distR="0" wp14:anchorId="5AD9BD17" wp14:editId="6E380C92">
            <wp:extent cx="354000" cy="45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4000" cy="4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ADABE" w14:textId="77777777" w:rsidR="00A148C1" w:rsidRPr="00DD36B0" w:rsidRDefault="004B2DD3">
      <w:pPr>
        <w:spacing w:after="160"/>
        <w:jc w:val="center"/>
      </w:pPr>
      <w:r w:rsidRPr="00DD36B0">
        <w:rPr>
          <w:b/>
        </w:rPr>
        <w:t>OPĆINA OREHOVICA</w:t>
      </w:r>
    </w:p>
    <w:p w14:paraId="0B3657FC" w14:textId="77777777" w:rsidR="00A148C1" w:rsidRPr="00DD36B0" w:rsidRDefault="004B2DD3">
      <w:pPr>
        <w:pStyle w:val="Naslov"/>
        <w:jc w:val="center"/>
      </w:pPr>
      <w:r w:rsidRPr="00DD36B0">
        <w:t>Zahtjev za dodjelu stipendije</w:t>
      </w:r>
    </w:p>
    <w:p w14:paraId="3EDA1CED" w14:textId="77777777" w:rsidR="00A148C1" w:rsidRPr="00DD36B0" w:rsidRDefault="004B2DD3">
      <w:pPr>
        <w:spacing w:after="160"/>
        <w:jc w:val="center"/>
      </w:pPr>
      <w:r w:rsidRPr="00DD36B0">
        <w:t>Redoviti studenti prve i viših godina studija</w:t>
      </w:r>
      <w:r w:rsidRPr="00DD36B0">
        <w:br/>
        <w:t>Akademska godina 2026./2027.</w:t>
      </w:r>
    </w:p>
    <w:p w14:paraId="50947F09" w14:textId="77777777" w:rsidR="00A148C1" w:rsidRPr="00DD36B0" w:rsidRDefault="004B2DD3">
      <w:pPr>
        <w:spacing w:after="160"/>
        <w:jc w:val="center"/>
      </w:pPr>
      <w:r w:rsidRPr="00DD36B0">
        <w:t>Rok za podnošenje zahtjeva: do uključivo 2. studenoga 2026.</w:t>
      </w:r>
    </w:p>
    <w:p w14:paraId="6BDA50A3" w14:textId="77777777" w:rsidR="00A148C1" w:rsidRPr="00DD36B0" w:rsidRDefault="004B2DD3">
      <w:r w:rsidRPr="00DD36B0">
        <w:t>Obrazac ispuniti računalom ili čitko rukom.</w:t>
      </w:r>
    </w:p>
    <w:p w14:paraId="31546B49" w14:textId="77777777" w:rsidR="00A148C1" w:rsidRPr="00DD36B0" w:rsidRDefault="004B2DD3">
      <w:pPr>
        <w:pStyle w:val="Naslov1"/>
      </w:pPr>
      <w:r w:rsidRPr="00DD36B0">
        <w:t>I Opći podaci</w:t>
      </w:r>
    </w:p>
    <w:p w14:paraId="0EA4A2EB" w14:textId="77777777" w:rsidR="00A148C1" w:rsidRPr="00DD36B0" w:rsidRDefault="004B2DD3">
      <w:pPr>
        <w:keepNext/>
        <w:spacing w:after="20"/>
      </w:pPr>
      <w:r w:rsidRPr="00DD36B0">
        <w:t>Ime i prezime studenta</w:t>
      </w:r>
    </w:p>
    <w:p w14:paraId="6C2F881A" w14:textId="77777777" w:rsidR="001B4B8C" w:rsidRPr="00DD36B0" w:rsidRDefault="001B4B8C">
      <w:pPr>
        <w:spacing w:after="80" w:line="240" w:lineRule="auto"/>
        <w:rPr>
          <w:sz w:val="22"/>
        </w:rPr>
      </w:pPr>
    </w:p>
    <w:p w14:paraId="5D0ACB37" w14:textId="3726F270" w:rsidR="00A148C1" w:rsidRPr="00DD36B0" w:rsidRDefault="004B2DD3">
      <w:pPr>
        <w:spacing w:after="80" w:line="240" w:lineRule="auto"/>
      </w:pPr>
      <w:r w:rsidRPr="00DD36B0">
        <w:rPr>
          <w:sz w:val="22"/>
        </w:rPr>
        <w:t>____________________________________________________________________</w:t>
      </w:r>
    </w:p>
    <w:p w14:paraId="0222DF84" w14:textId="77777777" w:rsidR="00A148C1" w:rsidRPr="00DD36B0" w:rsidRDefault="004B2DD3">
      <w:pPr>
        <w:keepNext/>
        <w:spacing w:after="20"/>
      </w:pPr>
      <w:r w:rsidRPr="00DD36B0">
        <w:t>Adresa prebivališta (mjesto, ulica, kućni broj i poštanski broj)</w:t>
      </w:r>
    </w:p>
    <w:p w14:paraId="6AA18301" w14:textId="77777777" w:rsidR="001B4B8C" w:rsidRPr="00DD36B0" w:rsidRDefault="001B4B8C">
      <w:pPr>
        <w:keepNext/>
        <w:spacing w:after="20"/>
      </w:pPr>
    </w:p>
    <w:p w14:paraId="0EE578F6" w14:textId="77777777" w:rsidR="00A148C1" w:rsidRPr="00DD36B0" w:rsidRDefault="004B2DD3">
      <w:pPr>
        <w:spacing w:after="80" w:line="240" w:lineRule="auto"/>
      </w:pPr>
      <w:r w:rsidRPr="00DD36B0">
        <w:rPr>
          <w:sz w:val="22"/>
        </w:rPr>
        <w:t>____________________________________________________________________</w:t>
      </w:r>
    </w:p>
    <w:p w14:paraId="145E3D14" w14:textId="77777777" w:rsidR="00A148C1" w:rsidRPr="00DD36B0" w:rsidRDefault="004B2DD3">
      <w:pPr>
        <w:spacing w:after="180"/>
      </w:pPr>
      <w:r w:rsidRPr="00DD36B0">
        <w:t>OIB: ______________________    Državljanstvo: ______________________</w:t>
      </w:r>
    </w:p>
    <w:p w14:paraId="7E59EC39" w14:textId="77777777" w:rsidR="00A148C1" w:rsidRPr="00DD36B0" w:rsidRDefault="004B2DD3">
      <w:pPr>
        <w:spacing w:after="180"/>
      </w:pPr>
      <w:r w:rsidRPr="00DD36B0">
        <w:t>Broj mobitela: __________________    E-pošta: ________________________</w:t>
      </w:r>
    </w:p>
    <w:p w14:paraId="5AC83D3E" w14:textId="77777777" w:rsidR="00A148C1" w:rsidRPr="00DD36B0" w:rsidRDefault="004B2DD3">
      <w:pPr>
        <w:keepNext/>
        <w:spacing w:after="20"/>
      </w:pPr>
      <w:r w:rsidRPr="00DD36B0">
        <w:t>IBAN tekućeg ili žiro računa na ime studenta</w:t>
      </w:r>
    </w:p>
    <w:p w14:paraId="1342B5D0" w14:textId="77777777" w:rsidR="001B4B8C" w:rsidRPr="00DD36B0" w:rsidRDefault="001B4B8C">
      <w:pPr>
        <w:keepNext/>
        <w:spacing w:after="20"/>
      </w:pPr>
    </w:p>
    <w:p w14:paraId="4EE25B26" w14:textId="77777777" w:rsidR="00A148C1" w:rsidRPr="00DD36B0" w:rsidRDefault="004B2DD3">
      <w:pPr>
        <w:spacing w:after="80" w:line="240" w:lineRule="auto"/>
      </w:pPr>
      <w:r w:rsidRPr="00DD36B0">
        <w:rPr>
          <w:sz w:val="22"/>
        </w:rPr>
        <w:t>____________________________________________________________________</w:t>
      </w:r>
    </w:p>
    <w:p w14:paraId="5CCFA2A9" w14:textId="77777777" w:rsidR="00A148C1" w:rsidRPr="00DD36B0" w:rsidRDefault="004B2DD3">
      <w:pPr>
        <w:pStyle w:val="Naslov1"/>
      </w:pPr>
      <w:r w:rsidRPr="00DD36B0">
        <w:t>II Podaci o studiju</w:t>
      </w:r>
    </w:p>
    <w:p w14:paraId="24A00FC7" w14:textId="77777777" w:rsidR="00A148C1" w:rsidRPr="00DD36B0" w:rsidRDefault="004B2DD3">
      <w:pPr>
        <w:keepNext/>
        <w:spacing w:after="20"/>
      </w:pPr>
      <w:r w:rsidRPr="00DD36B0">
        <w:t>Naziv visokog učilišta</w:t>
      </w:r>
    </w:p>
    <w:p w14:paraId="2B8A0BBA" w14:textId="77777777" w:rsidR="00A148C1" w:rsidRPr="00DD36B0" w:rsidRDefault="004B2DD3">
      <w:pPr>
        <w:spacing w:after="80" w:line="240" w:lineRule="auto"/>
      </w:pPr>
      <w:r w:rsidRPr="00DD36B0">
        <w:rPr>
          <w:sz w:val="22"/>
        </w:rPr>
        <w:t>____________________________________________________________________</w:t>
      </w:r>
    </w:p>
    <w:p w14:paraId="69F0AE84" w14:textId="77777777" w:rsidR="00A148C1" w:rsidRPr="00DD36B0" w:rsidRDefault="004B2DD3">
      <w:pPr>
        <w:keepNext/>
        <w:spacing w:after="20"/>
      </w:pPr>
      <w:r w:rsidRPr="00DD36B0">
        <w:t>Adresa sjedišta visokog učilišta</w:t>
      </w:r>
    </w:p>
    <w:p w14:paraId="5163F6E3" w14:textId="77777777" w:rsidR="00A148C1" w:rsidRPr="00DD36B0" w:rsidRDefault="004B2DD3">
      <w:pPr>
        <w:spacing w:after="80" w:line="240" w:lineRule="auto"/>
      </w:pPr>
      <w:r w:rsidRPr="00DD36B0">
        <w:rPr>
          <w:sz w:val="22"/>
        </w:rPr>
        <w:t>____________________________________________________________________</w:t>
      </w:r>
    </w:p>
    <w:p w14:paraId="030342C0" w14:textId="77777777" w:rsidR="00A148C1" w:rsidRPr="00DD36B0" w:rsidRDefault="004B2DD3">
      <w:pPr>
        <w:keepNext/>
        <w:spacing w:after="20"/>
      </w:pPr>
      <w:r w:rsidRPr="00DD36B0">
        <w:t>Naziv i smjer studija</w:t>
      </w:r>
    </w:p>
    <w:p w14:paraId="2F2482E3" w14:textId="77777777" w:rsidR="00A148C1" w:rsidRPr="00DD36B0" w:rsidRDefault="004B2DD3">
      <w:pPr>
        <w:spacing w:after="80" w:line="240" w:lineRule="auto"/>
      </w:pPr>
      <w:r w:rsidRPr="00DD36B0">
        <w:rPr>
          <w:sz w:val="22"/>
        </w:rPr>
        <w:t>____________________________________________________________________</w:t>
      </w:r>
    </w:p>
    <w:p w14:paraId="26BE0EB8" w14:textId="77777777" w:rsidR="00A148C1" w:rsidRPr="00DD36B0" w:rsidRDefault="004B2DD3">
      <w:pPr>
        <w:spacing w:after="160"/>
      </w:pPr>
      <w:r w:rsidRPr="00DD36B0">
        <w:t>Razina studija: __________________________________________________</w:t>
      </w:r>
    </w:p>
    <w:p w14:paraId="64476190" w14:textId="77777777" w:rsidR="00A148C1" w:rsidRPr="00DD36B0" w:rsidRDefault="004B2DD3">
      <w:pPr>
        <w:spacing w:after="160"/>
      </w:pPr>
      <w:r w:rsidRPr="00DD36B0">
        <w:t>Upisana godina studija: ______     Akademska godina: 2026./2027.</w:t>
      </w:r>
    </w:p>
    <w:p w14:paraId="2176BE69" w14:textId="77777777" w:rsidR="00A148C1" w:rsidRPr="00DD36B0" w:rsidRDefault="004B2DD3">
      <w:pPr>
        <w:spacing w:after="160"/>
      </w:pPr>
      <w:r w:rsidRPr="00DD36B0">
        <w:t>Status redovitog studenta:  ☐ DA    ☐ NE</w:t>
      </w:r>
    </w:p>
    <w:p w14:paraId="6373879A" w14:textId="77777777" w:rsidR="00A148C1" w:rsidRPr="00DD36B0" w:rsidRDefault="004B2DD3">
      <w:pPr>
        <w:spacing w:after="160"/>
      </w:pPr>
      <w:r w:rsidRPr="00DD36B0">
        <w:t>Prijavljujem se kao:  ☐ student prve godine    ☐ student više godine</w:t>
      </w:r>
    </w:p>
    <w:p w14:paraId="62260765" w14:textId="77777777" w:rsidR="00A148C1" w:rsidRPr="00DD36B0" w:rsidRDefault="004B2DD3">
      <w:pPr>
        <w:spacing w:after="100"/>
      </w:pPr>
      <w:r w:rsidRPr="00DD36B0">
        <w:t>Prosjek ocjena prema priloženim ispravama: __________________________</w:t>
      </w:r>
    </w:p>
    <w:p w14:paraId="67F68F79" w14:textId="77777777" w:rsidR="00A148C1" w:rsidRPr="00DD36B0" w:rsidRDefault="004B2DD3">
      <w:pPr>
        <w:spacing w:after="0"/>
      </w:pPr>
      <w:r w:rsidRPr="00DD36B0">
        <w:t>Za prvu godinu navesti prosjek iz srednje škole sa završnim ispitom; za više godine prosjek svih položenih ispita tijekom studija.</w:t>
      </w:r>
    </w:p>
    <w:p w14:paraId="78EAF05E" w14:textId="77777777" w:rsidR="00A148C1" w:rsidRPr="00DD36B0" w:rsidRDefault="004B2DD3">
      <w:r w:rsidRPr="00DD36B0">
        <w:br w:type="page"/>
      </w:r>
    </w:p>
    <w:p w14:paraId="68143710" w14:textId="77777777" w:rsidR="00A148C1" w:rsidRPr="00DD36B0" w:rsidRDefault="004B2DD3">
      <w:pPr>
        <w:pStyle w:val="Naslov1"/>
      </w:pPr>
      <w:r w:rsidRPr="00DD36B0">
        <w:lastRenderedPageBreak/>
        <w:t>III Zamolba i kratki životopis</w:t>
      </w:r>
    </w:p>
    <w:p w14:paraId="6A9156D3" w14:textId="77777777" w:rsidR="00A148C1" w:rsidRPr="00DD36B0" w:rsidRDefault="004B2DD3">
      <w:pPr>
        <w:jc w:val="both"/>
      </w:pPr>
      <w:r w:rsidRPr="00DD36B0">
        <w:t>Molim dodjelu stipendije Općine Orehovica za akademsku godinu 2026./2027. prema objavljenom Natječaju. Podaci o mojem školovanju i studiju navedeni su u ovom zahtjevu i priloženim ispravama.</w:t>
      </w:r>
    </w:p>
    <w:p w14:paraId="64BCB9B6" w14:textId="77777777" w:rsidR="00A148C1" w:rsidRPr="00DD36B0" w:rsidRDefault="004B2DD3">
      <w:pPr>
        <w:spacing w:after="60"/>
      </w:pPr>
      <w:r w:rsidRPr="00DD36B0">
        <w:rPr>
          <w:b/>
        </w:rPr>
        <w:t>Kratki životopis (prethodno obrazovanje, tijek studija i postignuća)</w:t>
      </w:r>
    </w:p>
    <w:p w14:paraId="372D6BE3" w14:textId="77777777" w:rsidR="00A148C1" w:rsidRPr="00DD36B0" w:rsidRDefault="004B2DD3">
      <w:pPr>
        <w:spacing w:after="60"/>
      </w:pPr>
      <w:r w:rsidRPr="00DD36B0">
        <w:t>Može se priložiti i na zasebnom listu.</w:t>
      </w:r>
    </w:p>
    <w:p w14:paraId="6490A51A" w14:textId="77777777" w:rsidR="00A148C1" w:rsidRPr="00DD36B0" w:rsidRDefault="004B2DD3" w:rsidP="001B4B8C">
      <w:pPr>
        <w:spacing w:after="100"/>
        <w:jc w:val="both"/>
      </w:pPr>
      <w:r w:rsidRPr="00DD36B0">
        <w:t>____________________________________________________________________</w:t>
      </w:r>
    </w:p>
    <w:p w14:paraId="1C1AB4C8" w14:textId="77777777" w:rsidR="00A148C1" w:rsidRPr="00DD36B0" w:rsidRDefault="004B2DD3" w:rsidP="001B4B8C">
      <w:pPr>
        <w:spacing w:after="100"/>
        <w:jc w:val="both"/>
      </w:pPr>
      <w:r w:rsidRPr="00DD36B0">
        <w:t>____________________________________________________________________</w:t>
      </w:r>
    </w:p>
    <w:p w14:paraId="47962A6F" w14:textId="77777777" w:rsidR="00A148C1" w:rsidRPr="00DD36B0" w:rsidRDefault="004B2DD3" w:rsidP="001B4B8C">
      <w:pPr>
        <w:spacing w:after="100"/>
        <w:jc w:val="both"/>
      </w:pPr>
      <w:r w:rsidRPr="00DD36B0">
        <w:t>____________________________________________________________________</w:t>
      </w:r>
    </w:p>
    <w:p w14:paraId="66E6ACA1" w14:textId="77777777" w:rsidR="00A148C1" w:rsidRPr="00DD36B0" w:rsidRDefault="004B2DD3" w:rsidP="001B4B8C">
      <w:pPr>
        <w:spacing w:after="100"/>
        <w:jc w:val="both"/>
      </w:pPr>
      <w:r w:rsidRPr="00DD36B0">
        <w:t>____________________________________________________________________</w:t>
      </w:r>
    </w:p>
    <w:p w14:paraId="233B1C3D" w14:textId="77777777" w:rsidR="001B4B8C" w:rsidRPr="00DD36B0" w:rsidRDefault="001B4B8C" w:rsidP="001B4B8C">
      <w:pPr>
        <w:spacing w:after="100"/>
        <w:jc w:val="both"/>
      </w:pPr>
      <w:r w:rsidRPr="00DD36B0">
        <w:t>____________________________________________________________________</w:t>
      </w:r>
    </w:p>
    <w:p w14:paraId="2DB703CA" w14:textId="77777777" w:rsidR="001B4B8C" w:rsidRPr="00DD36B0" w:rsidRDefault="001B4B8C" w:rsidP="001B4B8C">
      <w:pPr>
        <w:spacing w:after="100"/>
        <w:jc w:val="both"/>
      </w:pPr>
      <w:r w:rsidRPr="00DD36B0">
        <w:t>____________________________________________________________________</w:t>
      </w:r>
    </w:p>
    <w:p w14:paraId="611915A0" w14:textId="77777777" w:rsidR="001B4B8C" w:rsidRPr="00DD36B0" w:rsidRDefault="001B4B8C" w:rsidP="001B4B8C">
      <w:pPr>
        <w:spacing w:after="100"/>
        <w:jc w:val="both"/>
      </w:pPr>
      <w:r w:rsidRPr="00DD36B0">
        <w:t>____________________________________________________________________</w:t>
      </w:r>
    </w:p>
    <w:p w14:paraId="1A5F92A3" w14:textId="77777777" w:rsidR="001B4B8C" w:rsidRPr="00DD36B0" w:rsidRDefault="001B4B8C" w:rsidP="001B4B8C">
      <w:pPr>
        <w:spacing w:after="100"/>
        <w:jc w:val="both"/>
      </w:pPr>
      <w:r w:rsidRPr="00DD36B0">
        <w:t>____________________________________________________________________</w:t>
      </w:r>
    </w:p>
    <w:p w14:paraId="4BDE0BE2" w14:textId="77777777" w:rsidR="001B4B8C" w:rsidRPr="00DD36B0" w:rsidRDefault="001B4B8C" w:rsidP="001B4B8C">
      <w:pPr>
        <w:spacing w:after="100"/>
        <w:jc w:val="both"/>
      </w:pPr>
    </w:p>
    <w:p w14:paraId="3A798131" w14:textId="77777777" w:rsidR="00A148C1" w:rsidRPr="00DD36B0" w:rsidRDefault="004B2DD3">
      <w:pPr>
        <w:pStyle w:val="Naslov1"/>
      </w:pPr>
      <w:r w:rsidRPr="00DD36B0">
        <w:t>IV Prilozi uz zahtjev</w:t>
      </w:r>
    </w:p>
    <w:p w14:paraId="625E136F" w14:textId="77777777" w:rsidR="00A148C1" w:rsidRPr="00DD36B0" w:rsidRDefault="004B2DD3">
      <w:pPr>
        <w:spacing w:after="80"/>
        <w:ind w:left="283" w:hanging="227"/>
      </w:pPr>
      <w:r w:rsidRPr="00DD36B0">
        <w:t>☐ Preslika važeće osobne iskaznice.</w:t>
      </w:r>
    </w:p>
    <w:p w14:paraId="4E1C72F9" w14:textId="77777777" w:rsidR="00A148C1" w:rsidRPr="00DD36B0" w:rsidRDefault="004B2DD3">
      <w:pPr>
        <w:spacing w:after="80"/>
        <w:ind w:left="283" w:hanging="227"/>
      </w:pPr>
      <w:r w:rsidRPr="00DD36B0">
        <w:t>☐ Zahtjev odnosno zamolba za dodjelu stipendije s kratkim životopisom.</w:t>
      </w:r>
    </w:p>
    <w:p w14:paraId="347398A5" w14:textId="77777777" w:rsidR="00A148C1" w:rsidRPr="00DD36B0" w:rsidRDefault="004B2DD3">
      <w:pPr>
        <w:spacing w:after="80"/>
        <w:ind w:left="283" w:hanging="227"/>
      </w:pPr>
      <w:r w:rsidRPr="00DD36B0">
        <w:t>☐ Uvjerenje o redovitom upisu na visoko učilište u akademskoj godini 2026./2027., s naznakom smjera studija i upisane godine studija.</w:t>
      </w:r>
    </w:p>
    <w:p w14:paraId="51B3B1C8" w14:textId="77777777" w:rsidR="00A148C1" w:rsidRPr="00DD36B0" w:rsidRDefault="004B2DD3">
      <w:pPr>
        <w:spacing w:after="80"/>
        <w:ind w:left="283" w:hanging="227"/>
      </w:pPr>
      <w:r w:rsidRPr="00DD36B0">
        <w:t>☐ Potvrda ustanove visokog obrazovanja o prosjeku ocjena svih položenih ispita tijekom studija, odnosno ovjerena preslika indeksa iz koje su vidljive ocjene položenih ispita - za studente viših godina studija.</w:t>
      </w:r>
    </w:p>
    <w:p w14:paraId="75B81634" w14:textId="77777777" w:rsidR="00A148C1" w:rsidRPr="00DD36B0" w:rsidRDefault="004B2DD3">
      <w:pPr>
        <w:spacing w:after="80"/>
        <w:ind w:left="283" w:hanging="227"/>
      </w:pPr>
      <w:r w:rsidRPr="00DD36B0">
        <w:t>☐ Preslike svjedodžbi svih razreda srednje škole i završenog ispita - za studente prve godine studija.</w:t>
      </w:r>
    </w:p>
    <w:p w14:paraId="3238ACD9" w14:textId="77777777" w:rsidR="00A148C1" w:rsidRPr="00DD36B0" w:rsidRDefault="004B2DD3">
      <w:pPr>
        <w:spacing w:after="80"/>
        <w:ind w:left="283" w:hanging="227"/>
      </w:pPr>
      <w:r w:rsidRPr="00DD36B0">
        <w:t>☐ Vlastoručno potpisana izjava studenta da ne prima nijednu drugu stipendiju.</w:t>
      </w:r>
    </w:p>
    <w:p w14:paraId="434BC04C" w14:textId="77777777" w:rsidR="00A148C1" w:rsidRPr="00DD36B0" w:rsidRDefault="004B2DD3">
      <w:pPr>
        <w:spacing w:after="80"/>
        <w:ind w:left="283" w:hanging="227"/>
      </w:pPr>
      <w:r w:rsidRPr="00DD36B0">
        <w:t>☐ Preslika domovnice.</w:t>
      </w:r>
    </w:p>
    <w:p w14:paraId="4C1CF7AE" w14:textId="77777777" w:rsidR="00A148C1" w:rsidRPr="00DD36B0" w:rsidRDefault="004B2DD3">
      <w:pPr>
        <w:spacing w:after="80"/>
        <w:ind w:left="283" w:hanging="227"/>
      </w:pPr>
      <w:r w:rsidRPr="00DD36B0">
        <w:t>☐ Preslika kartice tekućeg ili žiro računa na ime studenta, s vidljivim IBAN-om.</w:t>
      </w:r>
    </w:p>
    <w:p w14:paraId="0E56A069" w14:textId="77777777" w:rsidR="00A148C1" w:rsidRPr="00DD36B0" w:rsidRDefault="004B2DD3">
      <w:pPr>
        <w:spacing w:before="80" w:after="100"/>
      </w:pPr>
      <w:r w:rsidRPr="00DD36B0">
        <w:rPr>
          <w:b/>
        </w:rPr>
        <w:t>Dodatni kriteriji za bodovanje darovitosti su neobavezni. Prilažu se:</w:t>
      </w:r>
    </w:p>
    <w:p w14:paraId="2C549996" w14:textId="77777777" w:rsidR="00A148C1" w:rsidRPr="00DD36B0" w:rsidRDefault="004B2DD3">
      <w:pPr>
        <w:spacing w:after="80"/>
        <w:ind w:left="283" w:hanging="227"/>
      </w:pPr>
      <w:r w:rsidRPr="00DD36B0">
        <w:t>☐ potvrda o uspjehu na natjecanjima - za studente prve godine studija;</w:t>
      </w:r>
    </w:p>
    <w:p w14:paraId="4494E73C" w14:textId="77777777" w:rsidR="00A148C1" w:rsidRPr="00DD36B0" w:rsidRDefault="004B2DD3">
      <w:pPr>
        <w:spacing w:after="80"/>
        <w:ind w:left="283" w:hanging="227"/>
      </w:pPr>
      <w:r w:rsidRPr="00DD36B0">
        <w:t>☐ preslika dekanove ili rektorove nagrade - za studente viših godina studija.</w:t>
      </w:r>
    </w:p>
    <w:p w14:paraId="30568A83" w14:textId="77777777" w:rsidR="001B4B8C" w:rsidRPr="00DD36B0" w:rsidRDefault="001B4B8C">
      <w:pPr>
        <w:spacing w:before="60" w:after="140"/>
      </w:pPr>
    </w:p>
    <w:p w14:paraId="137F537A" w14:textId="77777777" w:rsidR="001B4B8C" w:rsidRPr="00DD36B0" w:rsidRDefault="001B4B8C">
      <w:pPr>
        <w:spacing w:before="60" w:after="140"/>
      </w:pPr>
    </w:p>
    <w:p w14:paraId="4A9A7889" w14:textId="77777777" w:rsidR="001B4B8C" w:rsidRPr="00DD36B0" w:rsidRDefault="001B4B8C">
      <w:pPr>
        <w:spacing w:before="60" w:after="140"/>
      </w:pPr>
    </w:p>
    <w:p w14:paraId="0FC73024" w14:textId="77777777" w:rsidR="001B4B8C" w:rsidRPr="00DD36B0" w:rsidRDefault="001B4B8C">
      <w:pPr>
        <w:spacing w:before="60" w:after="140"/>
      </w:pPr>
    </w:p>
    <w:p w14:paraId="63C8ADDB" w14:textId="77777777" w:rsidR="001B4B8C" w:rsidRPr="00DD36B0" w:rsidRDefault="001B4B8C">
      <w:pPr>
        <w:spacing w:before="60" w:after="140"/>
      </w:pPr>
    </w:p>
    <w:p w14:paraId="5A65D4CA" w14:textId="77777777" w:rsidR="001B4B8C" w:rsidRPr="00DD36B0" w:rsidRDefault="001B4B8C">
      <w:pPr>
        <w:spacing w:before="60" w:after="140"/>
      </w:pPr>
    </w:p>
    <w:p w14:paraId="1F77B72D" w14:textId="24C2A5F8" w:rsidR="00A148C1" w:rsidRPr="00DD36B0" w:rsidRDefault="004B2DD3">
      <w:pPr>
        <w:spacing w:before="60" w:after="140"/>
      </w:pPr>
      <w:r w:rsidRPr="00DD36B0">
        <w:lastRenderedPageBreak/>
        <w:t>Zahtjev sa životopisom dostavlja se ovim obrascem; životopis se može priložiti zasebno.</w:t>
      </w:r>
    </w:p>
    <w:p w14:paraId="4EBAECAC" w14:textId="77777777" w:rsidR="00A148C1" w:rsidRPr="00DD36B0" w:rsidRDefault="004B2DD3">
      <w:pPr>
        <w:spacing w:after="80"/>
      </w:pPr>
      <w:r w:rsidRPr="00DD36B0">
        <w:t>Općina Orehovica prikupljene osobne podatke koristi za potrebe provedbe Natječaja, dodjele i isplate stipendija, u skladu s informacijama navedenima u Natječaju.</w:t>
      </w:r>
    </w:p>
    <w:p w14:paraId="74166C94" w14:textId="77777777" w:rsidR="00A148C1" w:rsidRPr="00DD36B0" w:rsidRDefault="004B2DD3">
      <w:pPr>
        <w:spacing w:before="240" w:after="240"/>
      </w:pPr>
      <w:r w:rsidRPr="00DD36B0">
        <w:t>U ____________________, dana ____________________</w:t>
      </w:r>
    </w:p>
    <w:p w14:paraId="1B5071C3" w14:textId="77777777" w:rsidR="00A148C1" w:rsidRPr="00DD36B0" w:rsidRDefault="004B2DD3">
      <w:pPr>
        <w:spacing w:after="320"/>
        <w:jc w:val="right"/>
      </w:pPr>
      <w:r w:rsidRPr="00DD36B0">
        <w:t>Podnositelj zahtjeva</w:t>
      </w:r>
    </w:p>
    <w:p w14:paraId="78291363" w14:textId="77777777" w:rsidR="00A148C1" w:rsidRPr="001B4B8C" w:rsidRDefault="004B2DD3">
      <w:pPr>
        <w:spacing w:after="0"/>
        <w:jc w:val="right"/>
        <w:rPr>
          <w:lang w:val="da-DK"/>
        </w:rPr>
      </w:pPr>
      <w:r w:rsidRPr="00DD36B0">
        <w:t>____________________________</w:t>
      </w:r>
      <w:r w:rsidRPr="00DD36B0">
        <w:br/>
        <w:t>(vlastoručni potpis)</w:t>
      </w:r>
    </w:p>
    <w:sectPr w:rsidR="00A148C1" w:rsidRPr="001B4B8C" w:rsidSect="00034616">
      <w:footerReference w:type="default" r:id="rId9"/>
      <w:pgSz w:w="11906" w:h="16838"/>
      <w:pgMar w:top="1134" w:right="1247" w:bottom="1134" w:left="1247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2320F" w14:textId="77777777" w:rsidR="00166F81" w:rsidRPr="00DD36B0" w:rsidRDefault="00166F81">
      <w:pPr>
        <w:spacing w:after="0" w:line="240" w:lineRule="auto"/>
      </w:pPr>
      <w:r w:rsidRPr="00DD36B0">
        <w:separator/>
      </w:r>
    </w:p>
  </w:endnote>
  <w:endnote w:type="continuationSeparator" w:id="0">
    <w:p w14:paraId="2769D1D7" w14:textId="77777777" w:rsidR="00166F81" w:rsidRPr="00DD36B0" w:rsidRDefault="00166F81">
      <w:pPr>
        <w:spacing w:after="0" w:line="240" w:lineRule="auto"/>
      </w:pPr>
      <w:r w:rsidRPr="00DD36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9B3AC" w14:textId="77777777" w:rsidR="00A148C1" w:rsidRPr="00DD36B0" w:rsidRDefault="004B2DD3">
    <w:pPr>
      <w:pStyle w:val="Podnoje"/>
      <w:jc w:val="center"/>
    </w:pPr>
    <w:r w:rsidRPr="00DD36B0">
      <w:fldChar w:fldCharType="begin"/>
    </w:r>
    <w:r w:rsidRPr="00DD36B0">
      <w:instrText>PAGE</w:instrText>
    </w:r>
    <w:r w:rsidRPr="00DD36B0">
      <w:fldChar w:fldCharType="separate"/>
    </w:r>
    <w:r w:rsidR="001B4B8C" w:rsidRPr="00DD36B0">
      <w:t>1</w:t>
    </w:r>
    <w:r w:rsidRPr="00DD36B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AD906" w14:textId="77777777" w:rsidR="00166F81" w:rsidRPr="00DD36B0" w:rsidRDefault="00166F81">
      <w:pPr>
        <w:spacing w:after="0" w:line="240" w:lineRule="auto"/>
      </w:pPr>
      <w:r w:rsidRPr="00DD36B0">
        <w:separator/>
      </w:r>
    </w:p>
  </w:footnote>
  <w:footnote w:type="continuationSeparator" w:id="0">
    <w:p w14:paraId="21B769D8" w14:textId="77777777" w:rsidR="00166F81" w:rsidRPr="00DD36B0" w:rsidRDefault="00166F81">
      <w:pPr>
        <w:spacing w:after="0" w:line="240" w:lineRule="auto"/>
      </w:pPr>
      <w:r w:rsidRPr="00DD36B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5373637">
    <w:abstractNumId w:val="8"/>
  </w:num>
  <w:num w:numId="2" w16cid:durableId="799490872">
    <w:abstractNumId w:val="6"/>
  </w:num>
  <w:num w:numId="3" w16cid:durableId="1858232780">
    <w:abstractNumId w:val="5"/>
  </w:num>
  <w:num w:numId="4" w16cid:durableId="1405026807">
    <w:abstractNumId w:val="4"/>
  </w:num>
  <w:num w:numId="5" w16cid:durableId="65961760">
    <w:abstractNumId w:val="7"/>
  </w:num>
  <w:num w:numId="6" w16cid:durableId="1177117645">
    <w:abstractNumId w:val="3"/>
  </w:num>
  <w:num w:numId="7" w16cid:durableId="1409040113">
    <w:abstractNumId w:val="2"/>
  </w:num>
  <w:num w:numId="8" w16cid:durableId="154030032">
    <w:abstractNumId w:val="1"/>
  </w:num>
  <w:num w:numId="9" w16cid:durableId="1466893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6F81"/>
    <w:rsid w:val="001B4B8C"/>
    <w:rsid w:val="0029639D"/>
    <w:rsid w:val="00326F90"/>
    <w:rsid w:val="004B2DD3"/>
    <w:rsid w:val="008A15F8"/>
    <w:rsid w:val="00A148C1"/>
    <w:rsid w:val="00AA1D8D"/>
    <w:rsid w:val="00B47730"/>
    <w:rsid w:val="00CB0664"/>
    <w:rsid w:val="00DD36B0"/>
    <w:rsid w:val="00F27B4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0D5F70"/>
  <w14:defaultImageDpi w14:val="300"/>
  <w15:docId w15:val="{48D4A5A6-C575-4EA5-A8B3-D60E8A627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Times New Roman" w:eastAsia="Times New Roman" w:hAnsi="Times New Roman" w:cs="Times New Roman"/>
      <w:color w:val="000000"/>
      <w:sz w:val="24"/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200"/>
      <w:outlineLvl w:val="0"/>
    </w:pPr>
    <w:rPr>
      <w:b/>
      <w:bCs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spacing w:before="160"/>
      <w:contextualSpacing/>
    </w:pPr>
    <w:rPr>
      <w:b/>
      <w:spacing w:val="5"/>
      <w:kern w:val="28"/>
      <w:sz w:val="28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Zahtjev za dodjelu stipendije za akademsku godinu 2026/2027</dc:title>
  <dc:subject>Dodjela stipendija redovitim studentima za akademsku godinu 2026/2027</dc:subject>
  <dc:creator>Općina Orehovica</dc:creator>
  <cp:keywords/>
  <dc:description>generated by python-docx</dc:description>
  <cp:lastModifiedBy>Korisnik Licence</cp:lastModifiedBy>
  <cp:revision>3</cp:revision>
  <dcterms:created xsi:type="dcterms:W3CDTF">2013-12-23T23:15:00Z</dcterms:created>
  <dcterms:modified xsi:type="dcterms:W3CDTF">2026-10-01T12:02:00Z</dcterms:modified>
  <cp:category/>
</cp:coreProperties>
</file>