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FC922" w14:textId="77777777" w:rsidR="00F40776" w:rsidRPr="00A7721A" w:rsidRDefault="00DC17DB">
      <w:pPr>
        <w:spacing w:after="80"/>
        <w:jc w:val="center"/>
      </w:pPr>
      <w:r w:rsidRPr="00A7721A">
        <w:drawing>
          <wp:inline distT="0" distB="0" distL="0" distR="0" wp14:anchorId="70F157EE" wp14:editId="75C73254">
            <wp:extent cx="354000" cy="45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3D6C0" w14:textId="77777777" w:rsidR="00F40776" w:rsidRPr="00A7721A" w:rsidRDefault="00DC17DB">
      <w:pPr>
        <w:spacing w:after="160"/>
        <w:jc w:val="center"/>
      </w:pPr>
      <w:r w:rsidRPr="00A7721A">
        <w:rPr>
          <w:b/>
        </w:rPr>
        <w:t>OPĆINA OREHOVICA</w:t>
      </w:r>
    </w:p>
    <w:p w14:paraId="31F23C79" w14:textId="77777777" w:rsidR="00F40776" w:rsidRPr="00A7721A" w:rsidRDefault="00DC17DB">
      <w:pPr>
        <w:pStyle w:val="Naslov"/>
        <w:jc w:val="center"/>
      </w:pPr>
      <w:r w:rsidRPr="00A7721A">
        <w:t xml:space="preserve">Izjava o </w:t>
      </w:r>
      <w:proofErr w:type="spellStart"/>
      <w:r w:rsidRPr="00A7721A">
        <w:t>neprimanju</w:t>
      </w:r>
      <w:proofErr w:type="spellEnd"/>
      <w:r w:rsidRPr="00A7721A">
        <w:t xml:space="preserve"> druge stipendije</w:t>
      </w:r>
    </w:p>
    <w:p w14:paraId="3506B4B1" w14:textId="77777777" w:rsidR="00F40776" w:rsidRPr="00A7721A" w:rsidRDefault="00DC17DB">
      <w:pPr>
        <w:spacing w:after="480"/>
        <w:jc w:val="center"/>
      </w:pPr>
      <w:r w:rsidRPr="00A7721A">
        <w:t>Za Natječaj za dodjelu stipendija Općine Orehovica</w:t>
      </w:r>
      <w:r w:rsidRPr="00A7721A">
        <w:br/>
        <w:t>za akademsku godinu 2026./2027.</w:t>
      </w:r>
    </w:p>
    <w:p w14:paraId="5D4EAFC2" w14:textId="77777777" w:rsidR="00F40776" w:rsidRPr="00A7721A" w:rsidRDefault="00DC17DB">
      <w:pPr>
        <w:keepNext/>
        <w:spacing w:after="20"/>
      </w:pPr>
      <w:r w:rsidRPr="00A7721A">
        <w:t>Ime i prezime</w:t>
      </w:r>
    </w:p>
    <w:p w14:paraId="5E2BFB64" w14:textId="77777777" w:rsidR="00166511" w:rsidRPr="00A7721A" w:rsidRDefault="00166511">
      <w:pPr>
        <w:keepNext/>
        <w:spacing w:after="20"/>
      </w:pPr>
    </w:p>
    <w:p w14:paraId="2EB98DEE" w14:textId="77777777" w:rsidR="00F40776" w:rsidRPr="00A7721A" w:rsidRDefault="00DC17DB">
      <w:pPr>
        <w:spacing w:after="80" w:line="240" w:lineRule="auto"/>
      </w:pPr>
      <w:r w:rsidRPr="00A7721A">
        <w:rPr>
          <w:sz w:val="22"/>
        </w:rPr>
        <w:t>____________________________________________________________________</w:t>
      </w:r>
    </w:p>
    <w:p w14:paraId="6909DE87" w14:textId="77777777" w:rsidR="00166511" w:rsidRPr="00A7721A" w:rsidRDefault="00166511">
      <w:pPr>
        <w:keepNext/>
        <w:spacing w:after="20"/>
      </w:pPr>
    </w:p>
    <w:p w14:paraId="1F869EE2" w14:textId="45EE7BA2" w:rsidR="00F40776" w:rsidRPr="00A7721A" w:rsidRDefault="00DC17DB">
      <w:pPr>
        <w:keepNext/>
        <w:spacing w:after="20"/>
      </w:pPr>
      <w:r w:rsidRPr="00A7721A">
        <w:t>Adresa prebivališta (ulica, kućni broj i mjesto)</w:t>
      </w:r>
    </w:p>
    <w:p w14:paraId="4F71D683" w14:textId="77777777" w:rsidR="00166511" w:rsidRPr="00A7721A" w:rsidRDefault="00166511">
      <w:pPr>
        <w:keepNext/>
        <w:spacing w:after="20"/>
      </w:pPr>
    </w:p>
    <w:p w14:paraId="0A89F928" w14:textId="77777777" w:rsidR="00F40776" w:rsidRPr="00A7721A" w:rsidRDefault="00DC17DB">
      <w:pPr>
        <w:spacing w:after="80" w:line="240" w:lineRule="auto"/>
      </w:pPr>
      <w:r w:rsidRPr="00A7721A">
        <w:rPr>
          <w:sz w:val="22"/>
        </w:rPr>
        <w:t>____________________________________________________________________</w:t>
      </w:r>
    </w:p>
    <w:p w14:paraId="44D5AA7F" w14:textId="77777777" w:rsidR="00166511" w:rsidRPr="00A7721A" w:rsidRDefault="00166511">
      <w:pPr>
        <w:spacing w:before="100" w:after="440"/>
      </w:pPr>
    </w:p>
    <w:p w14:paraId="6A2817B8" w14:textId="3AAAC85F" w:rsidR="00F40776" w:rsidRPr="00A7721A" w:rsidRDefault="00DC17DB">
      <w:pPr>
        <w:spacing w:before="100" w:after="440"/>
      </w:pPr>
      <w:r w:rsidRPr="00A7721A">
        <w:t>OIB: ______________________________</w:t>
      </w:r>
    </w:p>
    <w:p w14:paraId="1F22E3C9" w14:textId="77777777" w:rsidR="00F40776" w:rsidRPr="00A7721A" w:rsidRDefault="00DC17DB">
      <w:pPr>
        <w:spacing w:after="360"/>
        <w:jc w:val="both"/>
      </w:pPr>
      <w:r w:rsidRPr="00A7721A">
        <w:t>Izjavljujem da ne primam nijednu drugu stipendiju, neovisno o tome je li isplatitelj tijelo s javnim ovlastima, druga pravna ili fizička osoba.</w:t>
      </w:r>
    </w:p>
    <w:p w14:paraId="188945C0" w14:textId="77777777" w:rsidR="00F40776" w:rsidRPr="00A7721A" w:rsidRDefault="00DC17DB">
      <w:pPr>
        <w:spacing w:after="240"/>
        <w:jc w:val="both"/>
      </w:pPr>
      <w:r w:rsidRPr="00A7721A">
        <w:t>Ovu izjavu dajem pod punom kaznenom i materijalnom odgovornošću.</w:t>
      </w:r>
    </w:p>
    <w:p w14:paraId="6545A546" w14:textId="77777777" w:rsidR="00F40776" w:rsidRPr="00A7721A" w:rsidRDefault="00DC17DB">
      <w:pPr>
        <w:spacing w:before="240" w:after="240"/>
      </w:pPr>
      <w:r w:rsidRPr="00A7721A">
        <w:t>U ____________________, dana ____________________</w:t>
      </w:r>
    </w:p>
    <w:p w14:paraId="3BE2560E" w14:textId="77777777" w:rsidR="00F40776" w:rsidRPr="00A7721A" w:rsidRDefault="00DC17DB">
      <w:pPr>
        <w:spacing w:after="320"/>
        <w:jc w:val="right"/>
      </w:pPr>
      <w:r w:rsidRPr="00A7721A">
        <w:t>Podnositelj zahtjeva</w:t>
      </w:r>
    </w:p>
    <w:p w14:paraId="750C38F0" w14:textId="77777777" w:rsidR="00F40776" w:rsidRPr="00166511" w:rsidRDefault="00DC17DB">
      <w:pPr>
        <w:spacing w:after="0"/>
        <w:jc w:val="right"/>
        <w:rPr>
          <w:lang w:val="da-DK"/>
        </w:rPr>
      </w:pPr>
      <w:r w:rsidRPr="00A7721A">
        <w:t>____________________________</w:t>
      </w:r>
      <w:r w:rsidRPr="00A7721A">
        <w:br/>
        <w:t>(vlastoručni potpis)</w:t>
      </w:r>
    </w:p>
    <w:sectPr w:rsidR="00F40776" w:rsidRPr="00166511" w:rsidSect="00034616">
      <w:footerReference w:type="default" r:id="rId9"/>
      <w:pgSz w:w="11906" w:h="16838"/>
      <w:pgMar w:top="1134" w:right="1247" w:bottom="1134" w:left="1247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1F43" w14:textId="77777777" w:rsidR="00711BD3" w:rsidRPr="00A7721A" w:rsidRDefault="00711BD3">
      <w:pPr>
        <w:spacing w:after="0" w:line="240" w:lineRule="auto"/>
      </w:pPr>
      <w:r w:rsidRPr="00A7721A">
        <w:separator/>
      </w:r>
    </w:p>
  </w:endnote>
  <w:endnote w:type="continuationSeparator" w:id="0">
    <w:p w14:paraId="472C8639" w14:textId="77777777" w:rsidR="00711BD3" w:rsidRPr="00A7721A" w:rsidRDefault="00711BD3">
      <w:pPr>
        <w:spacing w:after="0" w:line="240" w:lineRule="auto"/>
      </w:pPr>
      <w:r w:rsidRPr="00A772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7E740" w14:textId="77777777" w:rsidR="00F40776" w:rsidRPr="00A7721A" w:rsidRDefault="00DC17DB">
    <w:pPr>
      <w:pStyle w:val="Podnoje"/>
      <w:jc w:val="center"/>
    </w:pPr>
    <w:r w:rsidRPr="00A7721A">
      <w:fldChar w:fldCharType="begin"/>
    </w:r>
    <w:r w:rsidRPr="00A7721A">
      <w:instrText>PAGE</w:instrText>
    </w:r>
    <w:r w:rsidRPr="00A7721A">
      <w:fldChar w:fldCharType="separate"/>
    </w:r>
    <w:r w:rsidR="00166511" w:rsidRPr="00A7721A">
      <w:t>1</w:t>
    </w:r>
    <w:r w:rsidRPr="00A7721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98AB3" w14:textId="77777777" w:rsidR="00711BD3" w:rsidRPr="00A7721A" w:rsidRDefault="00711BD3">
      <w:pPr>
        <w:spacing w:after="0" w:line="240" w:lineRule="auto"/>
      </w:pPr>
      <w:r w:rsidRPr="00A7721A">
        <w:separator/>
      </w:r>
    </w:p>
  </w:footnote>
  <w:footnote w:type="continuationSeparator" w:id="0">
    <w:p w14:paraId="2CD3265F" w14:textId="77777777" w:rsidR="00711BD3" w:rsidRPr="00A7721A" w:rsidRDefault="00711BD3">
      <w:pPr>
        <w:spacing w:after="0" w:line="240" w:lineRule="auto"/>
      </w:pPr>
      <w:r w:rsidRPr="00A7721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9707882">
    <w:abstractNumId w:val="8"/>
  </w:num>
  <w:num w:numId="2" w16cid:durableId="25450092">
    <w:abstractNumId w:val="6"/>
  </w:num>
  <w:num w:numId="3" w16cid:durableId="219750646">
    <w:abstractNumId w:val="5"/>
  </w:num>
  <w:num w:numId="4" w16cid:durableId="676735754">
    <w:abstractNumId w:val="4"/>
  </w:num>
  <w:num w:numId="5" w16cid:durableId="1460148606">
    <w:abstractNumId w:val="7"/>
  </w:num>
  <w:num w:numId="6" w16cid:durableId="1348562787">
    <w:abstractNumId w:val="3"/>
  </w:num>
  <w:num w:numId="7" w16cid:durableId="1524780634">
    <w:abstractNumId w:val="2"/>
  </w:num>
  <w:num w:numId="8" w16cid:durableId="730732440">
    <w:abstractNumId w:val="1"/>
  </w:num>
  <w:num w:numId="9" w16cid:durableId="194407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6511"/>
    <w:rsid w:val="0029639D"/>
    <w:rsid w:val="00326F90"/>
    <w:rsid w:val="006F2C43"/>
    <w:rsid w:val="00711BD3"/>
    <w:rsid w:val="00A7721A"/>
    <w:rsid w:val="00AA1D8D"/>
    <w:rsid w:val="00B3251A"/>
    <w:rsid w:val="00B47730"/>
    <w:rsid w:val="00CB0664"/>
    <w:rsid w:val="00DC17DB"/>
    <w:rsid w:val="00F407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D7182"/>
  <w14:defaultImageDpi w14:val="300"/>
  <w15:docId w15:val="{D533774E-99F2-47BF-B8B7-3F457E62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Times New Roman" w:eastAsia="Times New Roman" w:hAnsi="Times New Roman" w:cs="Times New Roman"/>
      <w:color w:val="000000"/>
      <w:sz w:val="24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00"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before="160"/>
      <w:contextualSpacing/>
    </w:pPr>
    <w:rPr>
      <w:b/>
      <w:spacing w:val="5"/>
      <w:kern w:val="28"/>
      <w:sz w:val="28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da student ne prima drugu stipendiju za akademsku godinu 2026/2027</dc:title>
  <dc:subject>Dodjela stipendija redovitim studentima za akademsku godinu 2026/2027</dc:subject>
  <dc:creator>Općina Orehovica</dc:creator>
  <cp:keywords/>
  <dc:description>generated by python-docx</dc:description>
  <cp:lastModifiedBy>Korisnik Licence</cp:lastModifiedBy>
  <cp:revision>3</cp:revision>
  <dcterms:created xsi:type="dcterms:W3CDTF">2013-12-23T23:15:00Z</dcterms:created>
  <dcterms:modified xsi:type="dcterms:W3CDTF">2026-10-01T12:03:00Z</dcterms:modified>
  <cp:category/>
</cp:coreProperties>
</file>