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775F" w14:textId="77777777" w:rsidR="003631A5" w:rsidRDefault="003007F8">
      <w:pPr>
        <w:jc w:val="center"/>
      </w:pPr>
      <w:r>
        <w:rPr>
          <w:b/>
        </w:rPr>
        <w:t>OPĆINA OREHOVICA</w:t>
      </w:r>
    </w:p>
    <w:p w14:paraId="1F834225" w14:textId="77777777" w:rsidR="003631A5" w:rsidRDefault="003007F8">
      <w:pPr>
        <w:pStyle w:val="Naslov"/>
        <w:spacing w:after="160"/>
        <w:jc w:val="center"/>
      </w:pPr>
      <w:r>
        <w:t>OBRAZAC ZA DOSTAVU PRIJEDLOGA GRAĐANA</w:t>
      </w:r>
      <w:r>
        <w:br/>
        <w:t>ZA IZRADU PRORAČUNA OPĆINE OREHOVICA ZA 2027. GODINU</w:t>
      </w:r>
    </w:p>
    <w:p w14:paraId="098D35A0" w14:textId="77777777" w:rsidR="003631A5" w:rsidRDefault="003007F8">
      <w:pPr>
        <w:spacing w:after="160"/>
        <w:jc w:val="both"/>
      </w:pPr>
      <w:r>
        <w:t>Ovim obrascem građani mogu dostaviti prijedloge, mišljenja i inicijative za izradu Proračuna Općine Orehovica za 2027. godinu. Obrazac nije obvezan – prijedlog se može dostaviti i u slobodnoj formi.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982"/>
        <w:gridCol w:w="4980"/>
      </w:tblGrid>
      <w:tr w:rsidR="003631A5" w14:paraId="36FA2745" w14:textId="77777777">
        <w:trPr>
          <w:trHeight w:val="430"/>
          <w:jc w:val="center"/>
        </w:trPr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4EE6BD" w14:textId="77777777" w:rsidR="003631A5" w:rsidRDefault="003007F8">
            <w:r>
              <w:rPr>
                <w:b/>
              </w:rPr>
              <w:t>Ime i prezime predlagatelja (neobvezno)</w:t>
            </w:r>
          </w:p>
        </w:tc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F68933" w14:textId="77777777" w:rsidR="003631A5" w:rsidRDefault="003631A5"/>
        </w:tc>
      </w:tr>
      <w:tr w:rsidR="003631A5" w14:paraId="07628067" w14:textId="77777777">
        <w:trPr>
          <w:trHeight w:val="430"/>
          <w:jc w:val="center"/>
        </w:trPr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5C14F52" w14:textId="77777777" w:rsidR="003631A5" w:rsidRDefault="003007F8">
            <w:r>
              <w:rPr>
                <w:b/>
              </w:rPr>
              <w:t>Adresa / naselje (neobvezno)</w:t>
            </w:r>
          </w:p>
        </w:tc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0CBAAE" w14:textId="77777777" w:rsidR="003631A5" w:rsidRDefault="003631A5"/>
        </w:tc>
      </w:tr>
      <w:tr w:rsidR="003631A5" w14:paraId="7D708280" w14:textId="77777777">
        <w:trPr>
          <w:trHeight w:val="430"/>
          <w:jc w:val="center"/>
        </w:trPr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E4A511" w14:textId="77777777" w:rsidR="003631A5" w:rsidRDefault="003007F8">
            <w:r>
              <w:rPr>
                <w:b/>
              </w:rPr>
              <w:t>Kontakt – telefon ili e-pošta (neobvezno)</w:t>
            </w:r>
          </w:p>
        </w:tc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9D591D" w14:textId="77777777" w:rsidR="003631A5" w:rsidRDefault="003631A5"/>
        </w:tc>
      </w:tr>
      <w:tr w:rsidR="003631A5" w14:paraId="70E5632A" w14:textId="77777777">
        <w:trPr>
          <w:trHeight w:val="430"/>
          <w:jc w:val="center"/>
        </w:trPr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4B67F4" w14:textId="77777777" w:rsidR="003631A5" w:rsidRDefault="003007F8">
            <w:r>
              <w:rPr>
                <w:b/>
              </w:rPr>
              <w:t>Naziv prijedloga</w:t>
            </w:r>
          </w:p>
        </w:tc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DFD46E" w14:textId="77777777" w:rsidR="003631A5" w:rsidRDefault="003631A5"/>
        </w:tc>
      </w:tr>
      <w:tr w:rsidR="003631A5" w14:paraId="750D2DD1" w14:textId="77777777">
        <w:trPr>
          <w:trHeight w:val="430"/>
          <w:jc w:val="center"/>
        </w:trPr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1A2EFB" w14:textId="77777777" w:rsidR="003631A5" w:rsidRDefault="003007F8">
            <w:r>
              <w:rPr>
                <w:b/>
              </w:rPr>
              <w:t>Lokacija na koju se prijedlog odnosi</w:t>
            </w:r>
          </w:p>
        </w:tc>
        <w:tc>
          <w:tcPr>
            <w:tcW w:w="498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891C3E" w14:textId="77777777" w:rsidR="003631A5" w:rsidRDefault="003631A5"/>
        </w:tc>
      </w:tr>
    </w:tbl>
    <w:p w14:paraId="15A3AD14" w14:textId="77777777" w:rsidR="003631A5" w:rsidRDefault="003631A5"/>
    <w:p w14:paraId="43339F5F" w14:textId="77777777" w:rsidR="003631A5" w:rsidRDefault="003007F8">
      <w:pPr>
        <w:spacing w:before="80" w:after="80"/>
      </w:pPr>
      <w:r>
        <w:rPr>
          <w:b/>
        </w:rPr>
        <w:t>OPIS PRIJEDLOGA / PROBLEMA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3631A5" w14:paraId="7C4AEA67" w14:textId="77777777">
        <w:trPr>
          <w:trHeight w:val="450"/>
          <w:jc w:val="center"/>
        </w:trPr>
        <w:tc>
          <w:tcPr>
            <w:tcW w:w="99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75E7D0" w14:textId="77777777" w:rsidR="003631A5" w:rsidRDefault="003631A5"/>
        </w:tc>
      </w:tr>
      <w:tr w:rsidR="003631A5" w14:paraId="29FF41A5" w14:textId="77777777">
        <w:trPr>
          <w:trHeight w:val="450"/>
          <w:jc w:val="center"/>
        </w:trPr>
        <w:tc>
          <w:tcPr>
            <w:tcW w:w="99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F7B6F" w14:textId="77777777" w:rsidR="003631A5" w:rsidRDefault="003631A5"/>
        </w:tc>
      </w:tr>
      <w:tr w:rsidR="003631A5" w14:paraId="72E58A0C" w14:textId="77777777">
        <w:trPr>
          <w:trHeight w:val="450"/>
          <w:jc w:val="center"/>
        </w:trPr>
        <w:tc>
          <w:tcPr>
            <w:tcW w:w="99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861522" w14:textId="77777777" w:rsidR="003631A5" w:rsidRDefault="003631A5"/>
        </w:tc>
      </w:tr>
      <w:tr w:rsidR="003631A5" w14:paraId="42C0D4B0" w14:textId="77777777">
        <w:trPr>
          <w:trHeight w:val="450"/>
          <w:jc w:val="center"/>
        </w:trPr>
        <w:tc>
          <w:tcPr>
            <w:tcW w:w="99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EDE040" w14:textId="77777777" w:rsidR="003631A5" w:rsidRDefault="003631A5"/>
        </w:tc>
      </w:tr>
    </w:tbl>
    <w:p w14:paraId="7AAC2AE4" w14:textId="77777777" w:rsidR="003631A5" w:rsidRDefault="003007F8">
      <w:pPr>
        <w:spacing w:before="80" w:after="80"/>
      </w:pPr>
      <w:r>
        <w:rPr>
          <w:b/>
        </w:rPr>
        <w:t>OBRAZLOŽENJE I OČEKIVANA KORIST ZA MJEŠTANE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3631A5" w14:paraId="3DD5BCD3" w14:textId="77777777">
        <w:trPr>
          <w:trHeight w:val="450"/>
          <w:jc w:val="center"/>
        </w:trPr>
        <w:tc>
          <w:tcPr>
            <w:tcW w:w="99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F66D8E" w14:textId="77777777" w:rsidR="003631A5" w:rsidRDefault="003631A5"/>
        </w:tc>
      </w:tr>
      <w:tr w:rsidR="003631A5" w14:paraId="2E66A1F5" w14:textId="77777777">
        <w:trPr>
          <w:trHeight w:val="450"/>
          <w:jc w:val="center"/>
        </w:trPr>
        <w:tc>
          <w:tcPr>
            <w:tcW w:w="99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B9B521" w14:textId="77777777" w:rsidR="003631A5" w:rsidRDefault="003631A5"/>
        </w:tc>
      </w:tr>
      <w:tr w:rsidR="003631A5" w14:paraId="2A0E487F" w14:textId="77777777">
        <w:trPr>
          <w:trHeight w:val="450"/>
          <w:jc w:val="center"/>
        </w:trPr>
        <w:tc>
          <w:tcPr>
            <w:tcW w:w="99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600E38" w14:textId="77777777" w:rsidR="003631A5" w:rsidRDefault="003631A5"/>
        </w:tc>
      </w:tr>
    </w:tbl>
    <w:p w14:paraId="00FFF4ED" w14:textId="77777777" w:rsidR="003631A5" w:rsidRDefault="003007F8">
      <w:pPr>
        <w:spacing w:before="80" w:after="80"/>
      </w:pPr>
      <w:r>
        <w:rPr>
          <w:b/>
        </w:rPr>
        <w:t>PROCJENJENA VRIJEDNOST PRIJEDLOGA (ako je poznata)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3631A5" w14:paraId="6E75B8E3" w14:textId="77777777">
        <w:trPr>
          <w:trHeight w:val="420"/>
          <w:jc w:val="center"/>
        </w:trPr>
        <w:tc>
          <w:tcPr>
            <w:tcW w:w="99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63D1D4" w14:textId="77777777" w:rsidR="003631A5" w:rsidRDefault="003631A5"/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3631A5" w14:paraId="71C3EBC5" w14:textId="77777777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C00C" w14:textId="77777777" w:rsidR="003631A5" w:rsidRDefault="003007F8">
            <w:pPr>
              <w:spacing w:after="0"/>
            </w:pPr>
            <w:r>
              <w:t>Datum: ______________________________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E4F45" w14:textId="77777777" w:rsidR="003631A5" w:rsidRDefault="003007F8">
            <w:pPr>
              <w:spacing w:after="0"/>
            </w:pPr>
            <w:r>
              <w:t>Potpis (neobvezno): ______________________________</w:t>
            </w:r>
          </w:p>
        </w:tc>
      </w:tr>
    </w:tbl>
    <w:p w14:paraId="0438DF61" w14:textId="77777777" w:rsidR="003631A5" w:rsidRDefault="003007F8">
      <w:pPr>
        <w:spacing w:before="200" w:after="80"/>
      </w:pPr>
      <w:r>
        <w:rPr>
          <w:b/>
        </w:rPr>
        <w:t xml:space="preserve">Napomena o osobnim podacima: </w:t>
      </w:r>
      <w:r>
        <w:t>Podaci o predlagatelju i kontakt-podaci nisu obvezni, osim ako predlagatelj želi mogućnost povratnog kontakta. Dostavljeni osobni podaci koristit će se isključivo u svrhu zaprimanja i razmatranja prijedloga za izradu Proračuna Općine Orehovica za 2027. godinu, u skladu s propisima o zaštiti osobnih podataka.</w:t>
      </w:r>
    </w:p>
    <w:p w14:paraId="14DE34A1" w14:textId="77777777" w:rsidR="003631A5" w:rsidRDefault="003007F8">
      <w:pPr>
        <w:spacing w:before="160"/>
        <w:jc w:val="center"/>
      </w:pPr>
      <w:r>
        <w:rPr>
          <w:b/>
        </w:rPr>
        <w:lastRenderedPageBreak/>
        <w:t>Rok za dostavu prijedloga: 10. listopada 2026. godine</w:t>
      </w:r>
    </w:p>
    <w:p w14:paraId="2B95B44B" w14:textId="77777777" w:rsidR="003631A5" w:rsidRDefault="003007F8">
      <w:pPr>
        <w:spacing w:after="0"/>
        <w:jc w:val="center"/>
      </w:pPr>
      <w:r>
        <w:t>Dostava: opcina@orehovica.hr | Općina Orehovica, Čakovečka 9, 40322 Orehovica</w:t>
      </w:r>
    </w:p>
    <w:sectPr w:rsidR="003631A5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6875159">
    <w:abstractNumId w:val="8"/>
  </w:num>
  <w:num w:numId="2" w16cid:durableId="943340693">
    <w:abstractNumId w:val="6"/>
  </w:num>
  <w:num w:numId="3" w16cid:durableId="1194077744">
    <w:abstractNumId w:val="5"/>
  </w:num>
  <w:num w:numId="4" w16cid:durableId="122698507">
    <w:abstractNumId w:val="4"/>
  </w:num>
  <w:num w:numId="5" w16cid:durableId="1690259741">
    <w:abstractNumId w:val="7"/>
  </w:num>
  <w:num w:numId="6" w16cid:durableId="698047578">
    <w:abstractNumId w:val="3"/>
  </w:num>
  <w:num w:numId="7" w16cid:durableId="74977257">
    <w:abstractNumId w:val="2"/>
  </w:num>
  <w:num w:numId="8" w16cid:durableId="675157407">
    <w:abstractNumId w:val="1"/>
  </w:num>
  <w:num w:numId="9" w16cid:durableId="717164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07F8"/>
    <w:rsid w:val="00326F90"/>
    <w:rsid w:val="003631A5"/>
    <w:rsid w:val="003B79C4"/>
    <w:rsid w:val="0084595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44E7CC"/>
  <w14:defaultImageDpi w14:val="300"/>
  <w15:docId w15:val="{1DD8D1DA-BD16-43CA-A2CF-24C8884B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  <w:rPr>
      <w:rFonts w:ascii="Arial" w:eastAsia="Arial" w:hAnsi="Arial"/>
    </w:rPr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  <w:rPr>
      <w:rFonts w:ascii="Arial" w:eastAsia="Arial" w:hAnsi="Arial"/>
    </w:rPr>
  </w:style>
  <w:style w:type="paragraph" w:styleId="Bezproreda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  <w:rPr>
      <w:rFonts w:ascii="Arial" w:eastAsia="Arial" w:hAnsi="Arial"/>
    </w:rPr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  <w:rPr>
      <w:rFonts w:ascii="Arial" w:eastAsia="Arial" w:hAnsi="Arial"/>
    </w:rPr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rFonts w:ascii="Arial" w:eastAsia="Arial" w:hAnsi="Arial"/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Arial" w:eastAsia="Arial" w:hAnsi="Arial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rFonts w:ascii="Arial" w:eastAsia="Arial" w:hAnsi="Arial"/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rFonts w:ascii="Arial" w:eastAsia="Arial" w:hAnsi="Arial"/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rFonts w:ascii="Arial" w:eastAsia="Arial" w:hAnsi="Arial"/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rFonts w:ascii="Arial" w:eastAsia="Arial" w:hAnsi="Arial"/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rFonts w:ascii="Arial" w:eastAsia="Arial" w:hAnsi="Arial"/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rFonts w:ascii="Arial" w:eastAsia="Arial" w:hAnsi="Arial"/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rFonts w:ascii="Arial" w:eastAsia="Arial" w:hAnsi="Arial"/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rFonts w:ascii="Arial" w:eastAsia="Arial" w:hAnsi="Arial"/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rFonts w:ascii="Arial" w:eastAsia="Arial" w:hAnsi="Arial"/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rFonts w:ascii="Arial" w:eastAsia="Arial" w:hAnsi="Arial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rFonts w:ascii="Arial" w:eastAsia="Arial" w:hAnsi="Arial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rFonts w:ascii="Arial" w:eastAsia="Arial" w:hAnsi="Arial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rFonts w:ascii="Arial" w:eastAsia="Arial" w:hAnsi="Arial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rFonts w:ascii="Arial" w:eastAsia="Arial" w:hAnsi="Arial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rFonts w:ascii="Arial" w:eastAsia="Arial" w:hAnsi="Arial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rFonts w:ascii="Arial" w:eastAsia="Arial" w:hAnsi="Arial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 Licence</cp:lastModifiedBy>
  <cp:revision>2</cp:revision>
  <dcterms:created xsi:type="dcterms:W3CDTF">2026-09-07T11:56:00Z</dcterms:created>
  <dcterms:modified xsi:type="dcterms:W3CDTF">2026-09-07T11:56:00Z</dcterms:modified>
  <cp:category/>
</cp:coreProperties>
</file>