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67D53" w14:textId="77777777" w:rsidR="00B70497" w:rsidRPr="009529F3" w:rsidRDefault="00FD2337">
      <w:pPr>
        <w:keepNext/>
        <w:spacing w:after="20" w:line="240" w:lineRule="auto"/>
        <w:jc w:val="center"/>
      </w:pPr>
      <w:r w:rsidRPr="009529F3">
        <w:rPr>
          <w:b/>
          <w:sz w:val="28"/>
        </w:rPr>
        <w:t>Z A H T J E V</w:t>
      </w:r>
    </w:p>
    <w:p w14:paraId="00A2A01D" w14:textId="77777777" w:rsidR="00B70497" w:rsidRPr="009529F3" w:rsidRDefault="00FD2337">
      <w:pPr>
        <w:keepNext/>
        <w:spacing w:after="160" w:line="240" w:lineRule="auto"/>
        <w:jc w:val="center"/>
      </w:pPr>
      <w:r w:rsidRPr="009529F3">
        <w:rPr>
          <w:b/>
          <w:sz w:val="22"/>
        </w:rPr>
        <w:t>za dodjelu potpore male vrijednosti u poljoprivredi za provedbu Projekta</w:t>
      </w:r>
      <w:r w:rsidRPr="009529F3">
        <w:rPr>
          <w:b/>
          <w:sz w:val="22"/>
        </w:rPr>
        <w:br/>
        <w:t>„Kontrola plodnosti tla Međimurske županije“ na području općine Orehovica u 2026. godini</w:t>
      </w:r>
    </w:p>
    <w:tbl>
      <w:tblPr>
        <w:tblStyle w:val="Reetkatablice"/>
        <w:tblW w:w="9640" w:type="dxa"/>
        <w:tblLayout w:type="fixed"/>
        <w:tblLook w:val="04A0" w:firstRow="1" w:lastRow="0" w:firstColumn="1" w:lastColumn="0" w:noHBand="0" w:noVBand="1"/>
      </w:tblPr>
      <w:tblGrid>
        <w:gridCol w:w="3100"/>
        <w:gridCol w:w="6540"/>
      </w:tblGrid>
      <w:tr w:rsidR="00B70497" w:rsidRPr="009529F3" w14:paraId="256C4314" w14:textId="77777777">
        <w:tc>
          <w:tcPr>
            <w:tcW w:w="3100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E52C88" w14:textId="77777777" w:rsidR="00B70497" w:rsidRPr="009529F3" w:rsidRDefault="00FD2337">
            <w:pPr>
              <w:jc w:val="center"/>
            </w:pPr>
            <w:r w:rsidRPr="009529F3">
              <w:rPr>
                <w:b/>
                <w:sz w:val="19"/>
              </w:rPr>
              <w:t>POPUNJAVA OPĆINA</w:t>
            </w:r>
          </w:p>
        </w:tc>
        <w:tc>
          <w:tcPr>
            <w:tcW w:w="6540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EA5FDB" w14:textId="77777777" w:rsidR="00B70497" w:rsidRPr="009529F3" w:rsidRDefault="00FD2337">
            <w:r w:rsidRPr="009529F3">
              <w:rPr>
                <w:b/>
                <w:sz w:val="19"/>
              </w:rPr>
              <w:t>Datum i vrijeme zaprimanja:</w:t>
            </w:r>
          </w:p>
        </w:tc>
      </w:tr>
      <w:tr w:rsidR="00B70497" w:rsidRPr="009529F3" w14:paraId="29E24B8F" w14:textId="77777777">
        <w:tc>
          <w:tcPr>
            <w:tcW w:w="3100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562D08" w14:textId="77777777" w:rsidR="00B70497" w:rsidRPr="009529F3" w:rsidRDefault="00FD2337">
            <w:r w:rsidRPr="009529F3">
              <w:rPr>
                <w:b/>
                <w:sz w:val="19"/>
              </w:rPr>
              <w:t>Evidencijska oznaka prijave:</w:t>
            </w:r>
          </w:p>
        </w:tc>
        <w:tc>
          <w:tcPr>
            <w:tcW w:w="65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0A72C9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</w:tbl>
    <w:p w14:paraId="69796BD0" w14:textId="77777777" w:rsidR="00B70497" w:rsidRPr="009529F3" w:rsidRDefault="00FD2337">
      <w:pPr>
        <w:keepNext/>
        <w:spacing w:before="140" w:after="60" w:line="240" w:lineRule="auto"/>
      </w:pPr>
      <w:r w:rsidRPr="009529F3">
        <w:rPr>
          <w:b/>
          <w:sz w:val="23"/>
        </w:rPr>
        <w:t>1. PODACI O PODNOSITELJU</w:t>
      </w:r>
    </w:p>
    <w:tbl>
      <w:tblPr>
        <w:tblStyle w:val="Reetkatablice"/>
        <w:tblW w:w="9640" w:type="dxa"/>
        <w:tblLayout w:type="fixed"/>
        <w:tblLook w:val="04A0" w:firstRow="1" w:lastRow="0" w:firstColumn="1" w:lastColumn="0" w:noHBand="0" w:noVBand="1"/>
      </w:tblPr>
      <w:tblGrid>
        <w:gridCol w:w="3600"/>
        <w:gridCol w:w="6040"/>
      </w:tblGrid>
      <w:tr w:rsidR="00B70497" w:rsidRPr="009529F3" w14:paraId="4407E4A0" w14:textId="77777777">
        <w:tc>
          <w:tcPr>
            <w:tcW w:w="36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29F39C" w14:textId="77777777" w:rsidR="00B70497" w:rsidRPr="009529F3" w:rsidRDefault="00FD2337">
            <w:r w:rsidRPr="009529F3">
              <w:rPr>
                <w:b/>
                <w:sz w:val="19"/>
              </w:rPr>
              <w:t>Prezime i ime / naziv podnositelja</w:t>
            </w:r>
          </w:p>
        </w:tc>
        <w:tc>
          <w:tcPr>
            <w:tcW w:w="6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739AD6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23456AA6" w14:textId="77777777">
        <w:tc>
          <w:tcPr>
            <w:tcW w:w="36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DAA2A4" w14:textId="77777777" w:rsidR="00B70497" w:rsidRPr="009529F3" w:rsidRDefault="00FD2337">
            <w:r w:rsidRPr="009529F3">
              <w:rPr>
                <w:b/>
                <w:sz w:val="19"/>
              </w:rPr>
              <w:t>OIB</w:t>
            </w:r>
          </w:p>
        </w:tc>
        <w:tc>
          <w:tcPr>
            <w:tcW w:w="6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9E6996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43F49A85" w14:textId="77777777">
        <w:tc>
          <w:tcPr>
            <w:tcW w:w="36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191CE6" w14:textId="77777777" w:rsidR="00B70497" w:rsidRPr="009529F3" w:rsidRDefault="00FD2337">
            <w:r w:rsidRPr="009529F3">
              <w:rPr>
                <w:b/>
                <w:sz w:val="19"/>
              </w:rPr>
              <w:t>MIBPG</w:t>
            </w:r>
          </w:p>
        </w:tc>
        <w:tc>
          <w:tcPr>
            <w:tcW w:w="6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767F0C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1976D347" w14:textId="77777777">
        <w:tc>
          <w:tcPr>
            <w:tcW w:w="36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D8ABC6" w14:textId="77777777" w:rsidR="00B70497" w:rsidRPr="009529F3" w:rsidRDefault="00FD2337">
            <w:r w:rsidRPr="009529F3">
              <w:rPr>
                <w:b/>
                <w:sz w:val="19"/>
              </w:rPr>
              <w:t>Adresa prebivališta / sjedišta</w:t>
            </w:r>
          </w:p>
        </w:tc>
        <w:tc>
          <w:tcPr>
            <w:tcW w:w="6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427B09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56337E13" w14:textId="77777777">
        <w:tc>
          <w:tcPr>
            <w:tcW w:w="36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93F772" w14:textId="77777777" w:rsidR="00B70497" w:rsidRPr="009529F3" w:rsidRDefault="00FD2337">
            <w:r w:rsidRPr="009529F3">
              <w:rPr>
                <w:b/>
                <w:sz w:val="19"/>
              </w:rPr>
              <w:t>Telefon</w:t>
            </w:r>
          </w:p>
        </w:tc>
        <w:tc>
          <w:tcPr>
            <w:tcW w:w="6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88DA83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59F18E99" w14:textId="77777777">
        <w:tc>
          <w:tcPr>
            <w:tcW w:w="36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78785F" w14:textId="77777777" w:rsidR="00B70497" w:rsidRPr="009529F3" w:rsidRDefault="00FD2337">
            <w:r w:rsidRPr="009529F3">
              <w:rPr>
                <w:b/>
                <w:sz w:val="19"/>
              </w:rPr>
              <w:t>E-mail</w:t>
            </w:r>
          </w:p>
        </w:tc>
        <w:tc>
          <w:tcPr>
            <w:tcW w:w="6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AE8357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7AB3F65E" w14:textId="77777777">
        <w:tc>
          <w:tcPr>
            <w:tcW w:w="36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F8764D" w14:textId="77777777" w:rsidR="00B70497" w:rsidRPr="009529F3" w:rsidRDefault="00FD2337">
            <w:r w:rsidRPr="009529F3">
              <w:rPr>
                <w:b/>
                <w:sz w:val="19"/>
              </w:rPr>
              <w:t>Organizacijski oblik</w:t>
            </w:r>
          </w:p>
        </w:tc>
        <w:tc>
          <w:tcPr>
            <w:tcW w:w="6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DF1EF9" w14:textId="77777777" w:rsidR="00B70497" w:rsidRPr="009529F3" w:rsidRDefault="00FD2337">
            <w:r w:rsidRPr="009529F3">
              <w:rPr>
                <w:sz w:val="19"/>
              </w:rPr>
              <w:t>OPG / obrt / zadruga / trgovačko društvo  (zaokružiti)</w:t>
            </w:r>
          </w:p>
        </w:tc>
      </w:tr>
      <w:tr w:rsidR="00B70497" w:rsidRPr="009529F3" w14:paraId="71EC86ED" w14:textId="77777777" w:rsidTr="009529F3">
        <w:trPr>
          <w:trHeight w:val="1133"/>
        </w:trPr>
        <w:tc>
          <w:tcPr>
            <w:tcW w:w="36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FF7207" w14:textId="77777777" w:rsidR="00B70497" w:rsidRPr="009529F3" w:rsidRDefault="00FD2337">
            <w:r w:rsidRPr="009529F3">
              <w:rPr>
                <w:b/>
                <w:sz w:val="19"/>
              </w:rPr>
              <w:t>Željeni broj uzoraka</w:t>
            </w:r>
          </w:p>
        </w:tc>
        <w:tc>
          <w:tcPr>
            <w:tcW w:w="6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C65661" w14:textId="77777777" w:rsidR="00B70497" w:rsidRPr="009529F3" w:rsidRDefault="00FD2337">
            <w:r w:rsidRPr="009529F3">
              <w:rPr>
                <w:sz w:val="19"/>
              </w:rPr>
              <w:t>_____  (najviše 4 uzorka; 1 uzorak obuhvaća do 5 ha)</w:t>
            </w:r>
          </w:p>
        </w:tc>
      </w:tr>
    </w:tbl>
    <w:p w14:paraId="48D3AA23" w14:textId="77777777" w:rsidR="00B70497" w:rsidRPr="009529F3" w:rsidRDefault="00FD2337">
      <w:pPr>
        <w:keepNext/>
        <w:spacing w:before="140" w:after="60" w:line="240" w:lineRule="auto"/>
      </w:pPr>
      <w:r w:rsidRPr="009529F3">
        <w:rPr>
          <w:b/>
          <w:sz w:val="23"/>
        </w:rPr>
        <w:t>2. PODACI O POLJOPRIVREDNOM ZEMLJIŠTU</w:t>
      </w:r>
    </w:p>
    <w:p w14:paraId="7B32DE5F" w14:textId="77777777" w:rsidR="00B70497" w:rsidRPr="009529F3" w:rsidRDefault="00FD2337">
      <w:pPr>
        <w:spacing w:after="60" w:line="240" w:lineRule="auto"/>
      </w:pPr>
      <w:r w:rsidRPr="009529F3">
        <w:rPr>
          <w:sz w:val="20"/>
        </w:rPr>
        <w:t>Zahtjev podnosim za kontrolu plodnosti tla na sljedećim poljoprivrednim površinama:</w:t>
      </w:r>
    </w:p>
    <w:tbl>
      <w:tblPr>
        <w:tblStyle w:val="Reetkatablice"/>
        <w:tblW w:w="9640" w:type="dxa"/>
        <w:tblLayout w:type="fixed"/>
        <w:tblLook w:val="04A0" w:firstRow="1" w:lastRow="0" w:firstColumn="1" w:lastColumn="0" w:noHBand="0" w:noVBand="1"/>
      </w:tblPr>
      <w:tblGrid>
        <w:gridCol w:w="2200"/>
        <w:gridCol w:w="3100"/>
        <w:gridCol w:w="1800"/>
        <w:gridCol w:w="2540"/>
      </w:tblGrid>
      <w:tr w:rsidR="00B70497" w:rsidRPr="009529F3" w14:paraId="4E2036F9" w14:textId="77777777">
        <w:trPr>
          <w:tblHeader/>
        </w:trPr>
        <w:tc>
          <w:tcPr>
            <w:tcW w:w="22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89E4A9" w14:textId="77777777" w:rsidR="00B70497" w:rsidRPr="009529F3" w:rsidRDefault="00FD2337">
            <w:pPr>
              <w:jc w:val="center"/>
            </w:pPr>
            <w:r w:rsidRPr="009529F3">
              <w:rPr>
                <w:b/>
                <w:sz w:val="19"/>
              </w:rPr>
              <w:t>Katastarska općina</w:t>
            </w:r>
            <w:r w:rsidRPr="009529F3">
              <w:rPr>
                <w:sz w:val="19"/>
              </w:rPr>
              <w:br/>
            </w:r>
          </w:p>
        </w:tc>
        <w:tc>
          <w:tcPr>
            <w:tcW w:w="31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1614DD" w14:textId="77777777" w:rsidR="00B70497" w:rsidRPr="009529F3" w:rsidRDefault="00FD2337">
            <w:pPr>
              <w:jc w:val="center"/>
            </w:pPr>
            <w:r w:rsidRPr="009529F3">
              <w:rPr>
                <w:b/>
                <w:sz w:val="19"/>
              </w:rPr>
              <w:t>ARKOD parcela ili k.č.br.</w:t>
            </w:r>
            <w:r w:rsidRPr="009529F3">
              <w:rPr>
                <w:sz w:val="19"/>
              </w:rPr>
              <w:br/>
            </w:r>
          </w:p>
        </w:tc>
        <w:tc>
          <w:tcPr>
            <w:tcW w:w="180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2B4A95" w14:textId="77777777" w:rsidR="00B70497" w:rsidRPr="009529F3" w:rsidRDefault="00FD2337">
            <w:pPr>
              <w:jc w:val="center"/>
            </w:pPr>
            <w:r w:rsidRPr="009529F3">
              <w:rPr>
                <w:b/>
                <w:sz w:val="19"/>
              </w:rPr>
              <w:t>Površina (ha)</w:t>
            </w:r>
            <w:r w:rsidRPr="009529F3">
              <w:rPr>
                <w:sz w:val="19"/>
              </w:rPr>
              <w:br/>
            </w:r>
          </w:p>
        </w:tc>
        <w:tc>
          <w:tcPr>
            <w:tcW w:w="254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D93056" w14:textId="77777777" w:rsidR="00B70497" w:rsidRPr="009529F3" w:rsidRDefault="00FD2337">
            <w:pPr>
              <w:jc w:val="center"/>
            </w:pPr>
            <w:r w:rsidRPr="009529F3">
              <w:rPr>
                <w:b/>
                <w:sz w:val="19"/>
              </w:rPr>
              <w:t>Kultura</w:t>
            </w:r>
            <w:r w:rsidRPr="009529F3">
              <w:rPr>
                <w:sz w:val="19"/>
              </w:rPr>
              <w:br/>
            </w:r>
          </w:p>
        </w:tc>
      </w:tr>
      <w:tr w:rsidR="00B70497" w:rsidRPr="009529F3" w14:paraId="20419D19" w14:textId="77777777">
        <w:tc>
          <w:tcPr>
            <w:tcW w:w="2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E9BF3B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3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5A0CEE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AEDFC6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25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CB9C8C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7DD44AFF" w14:textId="77777777">
        <w:tc>
          <w:tcPr>
            <w:tcW w:w="2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3493D6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3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1844B8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1127BA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25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2DDF16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7B47FBEF" w14:textId="77777777">
        <w:tc>
          <w:tcPr>
            <w:tcW w:w="2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4E0A14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3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E57B67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BC0BF7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25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23CBA2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  <w:tr w:rsidR="00B70497" w:rsidRPr="009529F3" w14:paraId="64649F9D" w14:textId="77777777">
        <w:tc>
          <w:tcPr>
            <w:tcW w:w="22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990A38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3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29CCB3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9EDE5E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  <w:tc>
          <w:tcPr>
            <w:tcW w:w="25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C5B95A" w14:textId="77777777" w:rsidR="00B70497" w:rsidRPr="009529F3" w:rsidRDefault="00FD2337">
            <w:r w:rsidRPr="009529F3">
              <w:rPr>
                <w:sz w:val="19"/>
              </w:rPr>
              <w:br/>
            </w:r>
          </w:p>
        </w:tc>
      </w:tr>
    </w:tbl>
    <w:p w14:paraId="034C35C9" w14:textId="77777777" w:rsidR="00B70497" w:rsidRPr="009529F3" w:rsidRDefault="00FD2337">
      <w:pPr>
        <w:keepNext/>
        <w:spacing w:before="140" w:after="60" w:line="240" w:lineRule="auto"/>
      </w:pPr>
      <w:r w:rsidRPr="009529F3">
        <w:rPr>
          <w:b/>
          <w:sz w:val="23"/>
        </w:rPr>
        <w:t>3. OBVEZNI PRILOZI</w:t>
      </w:r>
    </w:p>
    <w:tbl>
      <w:tblPr>
        <w:tblStyle w:val="Reetkatablice"/>
        <w:tblW w:w="9640" w:type="dxa"/>
        <w:tblLayout w:type="fixed"/>
        <w:tblLook w:val="04A0" w:firstRow="1" w:lastRow="0" w:firstColumn="1" w:lastColumn="0" w:noHBand="0" w:noVBand="1"/>
      </w:tblPr>
      <w:tblGrid>
        <w:gridCol w:w="1250"/>
        <w:gridCol w:w="8390"/>
      </w:tblGrid>
      <w:tr w:rsidR="00B70497" w:rsidRPr="009529F3" w14:paraId="088FE671" w14:textId="77777777">
        <w:trPr>
          <w:tblHeader/>
        </w:trPr>
        <w:tc>
          <w:tcPr>
            <w:tcW w:w="125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B81B24" w14:textId="77777777" w:rsidR="00B70497" w:rsidRPr="009529F3" w:rsidRDefault="00FD2337">
            <w:pPr>
              <w:jc w:val="center"/>
            </w:pPr>
            <w:r w:rsidRPr="009529F3">
              <w:rPr>
                <w:b/>
                <w:sz w:val="19"/>
              </w:rPr>
              <w:t>Priloženo</w:t>
            </w:r>
          </w:p>
        </w:tc>
        <w:tc>
          <w:tcPr>
            <w:tcW w:w="8390" w:type="dxa"/>
            <w:shd w:val="clear" w:color="auto" w:fill="D9D9D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F5F39F" w14:textId="77777777" w:rsidR="00B70497" w:rsidRPr="009529F3" w:rsidRDefault="00FD2337">
            <w:r w:rsidRPr="009529F3">
              <w:rPr>
                <w:b/>
                <w:sz w:val="19"/>
              </w:rPr>
              <w:t>Dokument</w:t>
            </w:r>
          </w:p>
        </w:tc>
      </w:tr>
      <w:tr w:rsidR="00B70497" w:rsidRPr="009529F3" w14:paraId="5BAC1C49" w14:textId="77777777">
        <w:tc>
          <w:tcPr>
            <w:tcW w:w="12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884210" w14:textId="77777777" w:rsidR="00B70497" w:rsidRPr="009529F3" w:rsidRDefault="00FD2337">
            <w:pPr>
              <w:jc w:val="center"/>
            </w:pPr>
            <w:r w:rsidRPr="009529F3">
              <w:rPr>
                <w:sz w:val="19"/>
              </w:rPr>
              <w:t>DA / NE</w:t>
            </w:r>
          </w:p>
        </w:tc>
        <w:tc>
          <w:tcPr>
            <w:tcW w:w="839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5B1E73" w14:textId="77777777" w:rsidR="00B70497" w:rsidRPr="009529F3" w:rsidRDefault="00FD2337">
            <w:r w:rsidRPr="009529F3">
              <w:rPr>
                <w:sz w:val="19"/>
              </w:rPr>
              <w:t>Dokaz o upisu u Upisnik poljoprivrednika (preslika rješenja, iskaznice ili potvrde)</w:t>
            </w:r>
          </w:p>
        </w:tc>
      </w:tr>
      <w:tr w:rsidR="00B70497" w:rsidRPr="009529F3" w14:paraId="54959822" w14:textId="77777777">
        <w:tc>
          <w:tcPr>
            <w:tcW w:w="12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C5F5C2" w14:textId="77777777" w:rsidR="00B70497" w:rsidRPr="009529F3" w:rsidRDefault="00FD2337">
            <w:pPr>
              <w:jc w:val="center"/>
            </w:pPr>
            <w:r w:rsidRPr="009529F3">
              <w:rPr>
                <w:sz w:val="19"/>
              </w:rPr>
              <w:t>DA / NE</w:t>
            </w:r>
          </w:p>
        </w:tc>
        <w:tc>
          <w:tcPr>
            <w:tcW w:w="839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71FA20" w14:textId="77777777" w:rsidR="00B70497" w:rsidRPr="009529F3" w:rsidRDefault="00FD2337">
            <w:r w:rsidRPr="009529F3">
              <w:rPr>
                <w:sz w:val="19"/>
              </w:rPr>
              <w:t>Preslika osobne iskaznice nositelja OPG-a odnosno obrtnika, a za pravnu osobu izvadak iz odgovarajućeg registra</w:t>
            </w:r>
          </w:p>
        </w:tc>
      </w:tr>
      <w:tr w:rsidR="00B70497" w:rsidRPr="009529F3" w14:paraId="6B7B2154" w14:textId="77777777">
        <w:tc>
          <w:tcPr>
            <w:tcW w:w="12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FA2985" w14:textId="77777777" w:rsidR="00B70497" w:rsidRPr="009529F3" w:rsidRDefault="00FD2337">
            <w:pPr>
              <w:jc w:val="center"/>
            </w:pPr>
            <w:r w:rsidRPr="009529F3">
              <w:rPr>
                <w:sz w:val="19"/>
              </w:rPr>
              <w:t>DA / NE</w:t>
            </w:r>
          </w:p>
        </w:tc>
        <w:tc>
          <w:tcPr>
            <w:tcW w:w="839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178CA3" w14:textId="77777777" w:rsidR="00B70497" w:rsidRPr="009529F3" w:rsidRDefault="00FD2337">
            <w:r w:rsidRPr="009529F3">
              <w:rPr>
                <w:sz w:val="19"/>
              </w:rPr>
              <w:t>Dokaz o korištenju zemljišta za površine navedene u točki 2. (ARKOD zapisnik ili drugi odgovarajući dokaz)</w:t>
            </w:r>
          </w:p>
        </w:tc>
      </w:tr>
    </w:tbl>
    <w:p w14:paraId="6DBA84BB" w14:textId="77777777" w:rsidR="00B70497" w:rsidRPr="009529F3" w:rsidRDefault="00B70497">
      <w:pPr>
        <w:sectPr w:rsidR="00B70497" w:rsidRPr="009529F3">
          <w:footerReference w:type="default" r:id="rId8"/>
          <w:pgSz w:w="11906" w:h="16838"/>
          <w:pgMar w:top="907" w:right="1134" w:bottom="850" w:left="1134" w:header="720" w:footer="720" w:gutter="0"/>
          <w:cols w:space="720"/>
          <w:docGrid w:linePitch="360"/>
        </w:sectPr>
      </w:pPr>
    </w:p>
    <w:p w14:paraId="2782E575" w14:textId="77777777" w:rsidR="00B70497" w:rsidRPr="009529F3" w:rsidRDefault="00FD2337">
      <w:pPr>
        <w:keepNext/>
        <w:spacing w:after="100" w:line="240" w:lineRule="auto"/>
        <w:jc w:val="center"/>
      </w:pPr>
      <w:r w:rsidRPr="009529F3">
        <w:rPr>
          <w:b/>
          <w:sz w:val="24"/>
        </w:rPr>
        <w:lastRenderedPageBreak/>
        <w:t>IZJAVA O POTPORAMA MALE VRIJEDNOSTI (DE MINIMIS)</w:t>
      </w:r>
    </w:p>
    <w:p w14:paraId="63A98627" w14:textId="4758F735" w:rsidR="00B70497" w:rsidRPr="009529F3" w:rsidRDefault="009529F3" w:rsidP="009529F3">
      <w:pPr>
        <w:spacing w:after="240" w:line="245" w:lineRule="auto"/>
        <w:jc w:val="both"/>
      </w:pPr>
      <w:r w:rsidRPr="009529F3">
        <w:rPr>
          <w:b/>
          <w:bCs/>
          <w:sz w:val="22"/>
        </w:rPr>
        <w:t>A.</w:t>
      </w:r>
      <w:r>
        <w:rPr>
          <w:sz w:val="22"/>
        </w:rPr>
        <w:t xml:space="preserve"> </w:t>
      </w:r>
      <w:r w:rsidR="00FD2337" w:rsidRPr="009529F3">
        <w:rPr>
          <w:sz w:val="22"/>
        </w:rPr>
        <w:t xml:space="preserve">Uredbom Komisije (EU) br. 1408/2013 od 18. prosinca 2013. o primjeni članaka 107. i 108. Ugovora o funkcioniranju Europske unije na de </w:t>
      </w:r>
      <w:proofErr w:type="spellStart"/>
      <w:r w:rsidR="00FD2337" w:rsidRPr="009529F3">
        <w:rPr>
          <w:sz w:val="22"/>
        </w:rPr>
        <w:t>minimis</w:t>
      </w:r>
      <w:proofErr w:type="spellEnd"/>
      <w:r w:rsidR="00FD2337" w:rsidRPr="009529F3">
        <w:rPr>
          <w:sz w:val="22"/>
        </w:rPr>
        <w:t xml:space="preserve"> potpore u poljoprivrednom sektoru, kako je izmijenjena Uredbom Komisije (EU) 2024/3118, propisano je da ukupan iznos de </w:t>
      </w:r>
      <w:proofErr w:type="spellStart"/>
      <w:r w:rsidR="00FD2337" w:rsidRPr="009529F3">
        <w:rPr>
          <w:sz w:val="22"/>
        </w:rPr>
        <w:t>minimis</w:t>
      </w:r>
      <w:proofErr w:type="spellEnd"/>
      <w:r w:rsidR="00FD2337" w:rsidRPr="009529F3">
        <w:rPr>
          <w:sz w:val="22"/>
        </w:rPr>
        <w:t xml:space="preserve"> potpora u poljoprivrednom sektoru dodijeljen jednom poduzetniku ne smije premašiti </w:t>
      </w:r>
      <w:r w:rsidR="00FD2337" w:rsidRPr="009529F3">
        <w:rPr>
          <w:b/>
          <w:sz w:val="22"/>
        </w:rPr>
        <w:t>50.000,00 EUR tijekom bilo kojeg razdoblja od tri godine.</w:t>
      </w:r>
    </w:p>
    <w:p w14:paraId="798C7F66" w14:textId="77777777" w:rsidR="00B70497" w:rsidRPr="009529F3" w:rsidRDefault="00FD2337">
      <w:pPr>
        <w:spacing w:before="120" w:after="100" w:line="245" w:lineRule="auto"/>
        <w:ind w:firstLine="340"/>
        <w:jc w:val="both"/>
      </w:pPr>
      <w:r w:rsidRPr="009529F3">
        <w:rPr>
          <w:sz w:val="22"/>
        </w:rPr>
        <w:t>A. U ime gore navedenog, pod moralnom, materijalnom i kaznenom odgovornošću izjavljujem da ja,</w:t>
      </w:r>
    </w:p>
    <w:p w14:paraId="1E006837" w14:textId="77777777" w:rsidR="00B70497" w:rsidRPr="009529F3" w:rsidRDefault="00FD2337">
      <w:pPr>
        <w:spacing w:before="60" w:after="160" w:line="240" w:lineRule="auto"/>
        <w:jc w:val="center"/>
      </w:pPr>
      <w:r w:rsidRPr="009529F3">
        <w:rPr>
          <w:b/>
          <w:sz w:val="22"/>
        </w:rPr>
        <w:t>____________________________________________________________</w:t>
      </w:r>
      <w:r w:rsidRPr="009529F3">
        <w:rPr>
          <w:i/>
          <w:sz w:val="18"/>
        </w:rPr>
        <w:br/>
        <w:t>(ime i prezime nositelja / naziv podnositelja)</w:t>
      </w:r>
    </w:p>
    <w:p w14:paraId="10AAB8B6" w14:textId="77777777" w:rsidR="00B70497" w:rsidRPr="009529F3" w:rsidRDefault="00FD2337">
      <w:pPr>
        <w:spacing w:after="120" w:line="245" w:lineRule="auto"/>
        <w:ind w:firstLine="340"/>
        <w:jc w:val="both"/>
      </w:pPr>
      <w:r w:rsidRPr="009529F3">
        <w:rPr>
          <w:sz w:val="22"/>
        </w:rPr>
        <w:t xml:space="preserve">kao korisnik državne potpore potvrđujem da ukupan iznos de </w:t>
      </w:r>
      <w:proofErr w:type="spellStart"/>
      <w:r w:rsidRPr="009529F3">
        <w:rPr>
          <w:sz w:val="22"/>
        </w:rPr>
        <w:t>minimis</w:t>
      </w:r>
      <w:proofErr w:type="spellEnd"/>
      <w:r w:rsidRPr="009529F3">
        <w:rPr>
          <w:sz w:val="22"/>
        </w:rPr>
        <w:t xml:space="preserve"> potpora u poljoprivrednom sektoru koje sam primio/la tijekom razdoblja od tri godine koje prethodi danu dodjele ove potpore, uključujući potpore svih povezanih poduzetnika koji se smatraju jednim poduzetnikom i potporu zatraženu ovim Zahtjevom, ne prelazi bruto iznos od </w:t>
      </w:r>
      <w:r w:rsidRPr="009529F3">
        <w:rPr>
          <w:b/>
          <w:sz w:val="22"/>
        </w:rPr>
        <w:t>50.000,00 EUR.</w:t>
      </w:r>
    </w:p>
    <w:p w14:paraId="007CD079" w14:textId="77777777" w:rsidR="00B70497" w:rsidRPr="009529F3" w:rsidRDefault="00FD2337">
      <w:pPr>
        <w:spacing w:before="80" w:after="180" w:line="245" w:lineRule="auto"/>
        <w:jc w:val="both"/>
      </w:pPr>
      <w:r w:rsidRPr="009529F3">
        <w:rPr>
          <w:b/>
        </w:rPr>
        <w:t xml:space="preserve">B. Podnositelj s drugim poduzetnicima čini „jednog poduzetnika“ u smislu članka 2. stavka 2. Uredbe Komisije (EU) br. 1408/2013 (zaokružiti):   </w:t>
      </w:r>
      <w:r w:rsidRPr="009529F3">
        <w:rPr>
          <w:b/>
          <w:sz w:val="22"/>
        </w:rPr>
        <w:t>NE  /  DA</w:t>
      </w:r>
    </w:p>
    <w:p w14:paraId="4F5667D4" w14:textId="77777777" w:rsidR="00B70497" w:rsidRPr="009529F3" w:rsidRDefault="00FD2337">
      <w:pPr>
        <w:spacing w:line="245" w:lineRule="auto"/>
        <w:ind w:firstLine="340"/>
        <w:jc w:val="both"/>
      </w:pPr>
      <w:r w:rsidRPr="009529F3">
        <w:t xml:space="preserve">Potvrđujem da ću na zahtjev Općine Orehovica dostaviti raspoložive obavijesti ili odluke o ranije dodijeljenim de </w:t>
      </w:r>
      <w:proofErr w:type="spellStart"/>
      <w:r w:rsidRPr="009529F3">
        <w:t>minimis</w:t>
      </w:r>
      <w:proofErr w:type="spellEnd"/>
      <w:r w:rsidRPr="009529F3">
        <w:t xml:space="preserve"> potporama te bez odgode prijaviti svaku promjenu podataka koja može utjecati na pravo na potporu.</w:t>
      </w:r>
    </w:p>
    <w:p w14:paraId="40DA20DC" w14:textId="77777777" w:rsidR="00B70497" w:rsidRPr="009529F3" w:rsidRDefault="00FD2337">
      <w:pPr>
        <w:spacing w:after="140" w:line="245" w:lineRule="auto"/>
        <w:jc w:val="both"/>
      </w:pPr>
      <w:r w:rsidRPr="009529F3">
        <w:rPr>
          <w:i/>
          <w:sz w:val="18"/>
        </w:rPr>
        <w:t>Napomena: podaci iz obrasca obrađuju se radi provedbe Javnog poziva, provjere uvjeta i dodjele potpore, u skladu s propisima o zaštiti osobnih podataka i pravilima o državnim potporama.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FD16E8" w:rsidRPr="00FD16E8" w14:paraId="0208B2E3" w14:textId="77777777" w:rsidTr="008F0D2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C8ED86" w14:textId="77777777" w:rsidR="00FD16E8" w:rsidRPr="00FD16E8" w:rsidRDefault="00FD16E8" w:rsidP="00FD16E8">
            <w:pPr>
              <w:jc w:val="both"/>
            </w:pPr>
            <w:r w:rsidRPr="00FD16E8">
              <w:rPr>
                <w:b/>
              </w:rPr>
              <w:t>Mjesto i datum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4D281D" w14:textId="77777777" w:rsidR="00FD16E8" w:rsidRPr="00FD16E8" w:rsidRDefault="00FD16E8" w:rsidP="00FD16E8">
            <w:pPr>
              <w:jc w:val="both"/>
            </w:pPr>
            <w:r w:rsidRPr="00FD16E8">
              <w:rPr>
                <w:b/>
              </w:rPr>
              <w:t>Potpis podnositelja / ovlaštene osobe</w:t>
            </w:r>
          </w:p>
        </w:tc>
      </w:tr>
      <w:tr w:rsidR="00FD16E8" w:rsidRPr="00FD16E8" w14:paraId="0544A235" w14:textId="77777777" w:rsidTr="008F0D2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C3537B" w14:textId="77777777" w:rsidR="00FD16E8" w:rsidRPr="00FD16E8" w:rsidRDefault="00FD16E8" w:rsidP="00FD16E8">
            <w:pPr>
              <w:jc w:val="both"/>
            </w:pPr>
            <w:r w:rsidRPr="00FD16E8">
              <w:t>______________________________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66652F" w14:textId="77777777" w:rsidR="00FD16E8" w:rsidRPr="00FD16E8" w:rsidRDefault="00FD16E8" w:rsidP="00FD16E8">
            <w:pPr>
              <w:jc w:val="both"/>
            </w:pPr>
            <w:r w:rsidRPr="00FD16E8">
              <w:t>______________________________</w:t>
            </w:r>
          </w:p>
        </w:tc>
      </w:tr>
    </w:tbl>
    <w:p w14:paraId="0890C866" w14:textId="77777777" w:rsidR="00FD2337" w:rsidRDefault="00FD2337"/>
    <w:sectPr w:rsidR="00FD2337" w:rsidSect="00034616">
      <w:footerReference w:type="default" r:id="rId9"/>
      <w:pgSz w:w="11906" w:h="16838"/>
      <w:pgMar w:top="907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7F26" w14:textId="77777777" w:rsidR="00D952A3" w:rsidRPr="009529F3" w:rsidRDefault="00D952A3">
      <w:pPr>
        <w:spacing w:after="0" w:line="240" w:lineRule="auto"/>
      </w:pPr>
      <w:r w:rsidRPr="009529F3">
        <w:separator/>
      </w:r>
    </w:p>
  </w:endnote>
  <w:endnote w:type="continuationSeparator" w:id="0">
    <w:p w14:paraId="64A5C18E" w14:textId="77777777" w:rsidR="00D952A3" w:rsidRPr="009529F3" w:rsidRDefault="00D952A3">
      <w:pPr>
        <w:spacing w:after="0" w:line="240" w:lineRule="auto"/>
      </w:pPr>
      <w:r w:rsidRPr="009529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8CE2" w14:textId="77777777" w:rsidR="00B70497" w:rsidRPr="009529F3" w:rsidRDefault="00FD2337">
    <w:pPr>
      <w:pStyle w:val="Podnoje"/>
      <w:jc w:val="center"/>
    </w:pPr>
    <w:r w:rsidRPr="009529F3">
      <w:rPr>
        <w:sz w:val="17"/>
      </w:rPr>
      <w:t>Stranica 1 od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64B6" w14:textId="77777777" w:rsidR="00B70497" w:rsidRPr="009529F3" w:rsidRDefault="00FD2337">
    <w:pPr>
      <w:pStyle w:val="Podnoje"/>
      <w:jc w:val="center"/>
    </w:pPr>
    <w:r w:rsidRPr="009529F3">
      <w:rPr>
        <w:sz w:val="17"/>
      </w:rPr>
      <w:t>Stranica 2 od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8604F" w14:textId="77777777" w:rsidR="00D952A3" w:rsidRPr="009529F3" w:rsidRDefault="00D952A3">
      <w:pPr>
        <w:spacing w:after="0" w:line="240" w:lineRule="auto"/>
      </w:pPr>
      <w:r w:rsidRPr="009529F3">
        <w:separator/>
      </w:r>
    </w:p>
  </w:footnote>
  <w:footnote w:type="continuationSeparator" w:id="0">
    <w:p w14:paraId="1F643499" w14:textId="77777777" w:rsidR="00D952A3" w:rsidRPr="009529F3" w:rsidRDefault="00D952A3">
      <w:pPr>
        <w:spacing w:after="0" w:line="240" w:lineRule="auto"/>
      </w:pPr>
      <w:r w:rsidRPr="009529F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7565040">
    <w:abstractNumId w:val="8"/>
  </w:num>
  <w:num w:numId="2" w16cid:durableId="1348291939">
    <w:abstractNumId w:val="6"/>
  </w:num>
  <w:num w:numId="3" w16cid:durableId="1443299418">
    <w:abstractNumId w:val="5"/>
  </w:num>
  <w:num w:numId="4" w16cid:durableId="1707944655">
    <w:abstractNumId w:val="4"/>
  </w:num>
  <w:num w:numId="5" w16cid:durableId="217329398">
    <w:abstractNumId w:val="7"/>
  </w:num>
  <w:num w:numId="6" w16cid:durableId="2075422834">
    <w:abstractNumId w:val="3"/>
  </w:num>
  <w:num w:numId="7" w16cid:durableId="150104440">
    <w:abstractNumId w:val="2"/>
  </w:num>
  <w:num w:numId="8" w16cid:durableId="1661232742">
    <w:abstractNumId w:val="1"/>
  </w:num>
  <w:num w:numId="9" w16cid:durableId="58904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46FC7"/>
    <w:rsid w:val="009529F3"/>
    <w:rsid w:val="009C16D7"/>
    <w:rsid w:val="00AA1D8D"/>
    <w:rsid w:val="00B47730"/>
    <w:rsid w:val="00B70497"/>
    <w:rsid w:val="00CB0664"/>
    <w:rsid w:val="00D5401C"/>
    <w:rsid w:val="00D952A3"/>
    <w:rsid w:val="00FC693F"/>
    <w:rsid w:val="00FD16E8"/>
    <w:rsid w:val="00FD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74214"/>
  <w14:defaultImageDpi w14:val="300"/>
  <w15:docId w15:val="{1DB7401C-1300-4433-ABB3-17A84C93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1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– Kontrola plodnosti tla 2026.</dc:title>
  <dc:subject>Općina Orehovica – zahtjev za dodjelu potpore male vrijednosti</dc:subject>
  <dc:creator>Općina Orehovica</dc:creator>
  <cp:keywords>prijavnica, poljoprivreda, kontrola plodnosti tla, de minimis, 2026</cp:keywords>
  <dc:description>generated by python-docx</dc:description>
  <cp:lastModifiedBy>Korisnik Licence</cp:lastModifiedBy>
  <cp:revision>2</cp:revision>
  <cp:lastPrinted>2026-08-19T10:34:00Z</cp:lastPrinted>
  <dcterms:created xsi:type="dcterms:W3CDTF">2026-08-19T10:35:00Z</dcterms:created>
  <dcterms:modified xsi:type="dcterms:W3CDTF">2026-08-19T10:35:00Z</dcterms:modified>
  <cp:category/>
</cp:coreProperties>
</file>